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F0BDE" w14:textId="77777777" w:rsidR="004C35D9" w:rsidRDefault="004C35D9">
      <w:pPr>
        <w:spacing w:after="0"/>
        <w:jc w:val="center"/>
        <w:rPr>
          <w:b/>
          <w:sz w:val="22"/>
          <w:lang w:eastAsia="ko-KR"/>
        </w:rPr>
      </w:pPr>
    </w:p>
    <w:p w14:paraId="6A3C335C" w14:textId="7903EC59" w:rsidR="007C6CD5" w:rsidRDefault="00705761">
      <w:pPr>
        <w:spacing w:after="0"/>
        <w:jc w:val="center"/>
        <w:rPr>
          <w:lang w:eastAsia="ko-KR"/>
        </w:rPr>
      </w:pPr>
      <w:proofErr w:type="spellStart"/>
      <w:r>
        <w:rPr>
          <w:b/>
          <w:sz w:val="22"/>
          <w:lang w:eastAsia="ko-KR"/>
        </w:rPr>
        <w:t>생명보듬</w:t>
      </w:r>
      <w:proofErr w:type="spellEnd"/>
      <w:r>
        <w:rPr>
          <w:b/>
          <w:sz w:val="22"/>
          <w:lang w:eastAsia="ko-KR"/>
        </w:rPr>
        <w:t xml:space="preserve"> </w:t>
      </w:r>
      <w:proofErr w:type="spellStart"/>
      <w:r>
        <w:rPr>
          <w:b/>
          <w:sz w:val="22"/>
          <w:lang w:eastAsia="ko-KR"/>
        </w:rPr>
        <w:t>마음이음</w:t>
      </w:r>
      <w:proofErr w:type="spellEnd"/>
    </w:p>
    <w:p w14:paraId="228B4C95" w14:textId="77777777" w:rsidR="007C6CD5" w:rsidRDefault="00705761">
      <w:pPr>
        <w:spacing w:after="40"/>
        <w:jc w:val="center"/>
        <w:rPr>
          <w:lang w:eastAsia="ko-KR"/>
        </w:rPr>
      </w:pPr>
      <w:r>
        <w:rPr>
          <w:b/>
          <w:sz w:val="36"/>
          <w:lang w:eastAsia="ko-KR"/>
        </w:rPr>
        <w:t>병원동행서비스 신청서</w:t>
      </w:r>
      <w:bookmarkStart w:id="0" w:name="_GoBack"/>
      <w:bookmarkEnd w:id="0"/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4082"/>
        <w:gridCol w:w="1417"/>
        <w:gridCol w:w="3798"/>
      </w:tblGrid>
      <w:tr w:rsidR="007C6CD5" w14:paraId="4EB8FC2E" w14:textId="77777777" w:rsidTr="004C35D9">
        <w:trPr>
          <w:trHeight w:val="490"/>
          <w:jc w:val="center"/>
        </w:trPr>
        <w:tc>
          <w:tcPr>
            <w:tcW w:w="1474" w:type="dxa"/>
            <w:shd w:val="clear" w:color="auto" w:fill="DCEAF7"/>
            <w:vAlign w:val="center"/>
          </w:tcPr>
          <w:p w14:paraId="5505A2C8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접수번호</w:t>
            </w:r>
            <w:proofErr w:type="spellEnd"/>
          </w:p>
        </w:tc>
        <w:tc>
          <w:tcPr>
            <w:tcW w:w="4082" w:type="dxa"/>
            <w:vAlign w:val="center"/>
          </w:tcPr>
          <w:p w14:paraId="5442A467" w14:textId="29E87A21" w:rsidR="007C6CD5" w:rsidRDefault="00705761">
            <w:r>
              <w:rPr>
                <w:b/>
                <w:sz w:val="19"/>
              </w:rPr>
              <w:t xml:space="preserve">　　　　　　　　</w:t>
            </w:r>
            <w:r w:rsidR="00CA42AF">
              <w:rPr>
                <w:rFonts w:hint="eastAsia"/>
                <w:b/>
                <w:sz w:val="19"/>
                <w:lang w:eastAsia="ko-KR"/>
              </w:rPr>
              <w:t>2</w:t>
            </w:r>
            <w:r w:rsidR="00CA42AF">
              <w:rPr>
                <w:b/>
                <w:sz w:val="19"/>
                <w:lang w:eastAsia="ko-KR"/>
              </w:rPr>
              <w:t xml:space="preserve">026- </w:t>
            </w:r>
            <w:r>
              <w:rPr>
                <w:b/>
                <w:sz w:val="19"/>
              </w:rPr>
              <w:t xml:space="preserve">　</w:t>
            </w:r>
          </w:p>
        </w:tc>
        <w:tc>
          <w:tcPr>
            <w:tcW w:w="1417" w:type="dxa"/>
            <w:shd w:val="clear" w:color="auto" w:fill="DCEAF7"/>
            <w:vAlign w:val="center"/>
          </w:tcPr>
          <w:p w14:paraId="1BA9E3C7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접수일</w:t>
            </w:r>
          </w:p>
        </w:tc>
        <w:tc>
          <w:tcPr>
            <w:tcW w:w="3798" w:type="dxa"/>
            <w:vAlign w:val="center"/>
          </w:tcPr>
          <w:p w14:paraId="5F941365" w14:textId="3AB7878B" w:rsidR="007C6CD5" w:rsidRDefault="00705761">
            <w:r>
              <w:rPr>
                <w:b/>
                <w:sz w:val="19"/>
              </w:rPr>
              <w:t>20</w:t>
            </w:r>
            <w:r w:rsidR="00CA42AF">
              <w:rPr>
                <w:b/>
                <w:sz w:val="19"/>
              </w:rPr>
              <w:t>26</w:t>
            </w:r>
            <w:r>
              <w:rPr>
                <w:b/>
                <w:sz w:val="19"/>
              </w:rPr>
              <w:t xml:space="preserve">년　</w:t>
            </w:r>
            <w:r w:rsidR="00805FEE">
              <w:rPr>
                <w:b/>
                <w:sz w:val="19"/>
                <w:lang w:eastAsia="ko-KR"/>
              </w:rPr>
              <w:t xml:space="preserve">  </w:t>
            </w:r>
            <w:r>
              <w:rPr>
                <w:b/>
                <w:sz w:val="19"/>
              </w:rPr>
              <w:t xml:space="preserve">월　</w:t>
            </w:r>
            <w:r w:rsidR="00805FEE">
              <w:rPr>
                <w:b/>
                <w:sz w:val="19"/>
                <w:lang w:eastAsia="ko-KR"/>
              </w:rPr>
              <w:t xml:space="preserve">   </w:t>
            </w:r>
            <w:r>
              <w:rPr>
                <w:b/>
                <w:sz w:val="19"/>
              </w:rPr>
              <w:t>일</w:t>
            </w:r>
          </w:p>
        </w:tc>
      </w:tr>
    </w:tbl>
    <w:p w14:paraId="29AF5F88" w14:textId="77777777" w:rsidR="007C6CD5" w:rsidRDefault="00705761">
      <w:pPr>
        <w:spacing w:before="30" w:after="10"/>
      </w:pPr>
      <w:r>
        <w:rPr>
          <w:b/>
          <w:sz w:val="23"/>
        </w:rPr>
        <w:t xml:space="preserve">1. </w:t>
      </w:r>
      <w:proofErr w:type="spellStart"/>
      <w:r>
        <w:rPr>
          <w:b/>
          <w:sz w:val="23"/>
        </w:rPr>
        <w:t>대상자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기본정보</w:t>
      </w:r>
      <w:proofErr w:type="spellEnd"/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2268"/>
        <w:gridCol w:w="1247"/>
        <w:gridCol w:w="2948"/>
        <w:gridCol w:w="907"/>
        <w:gridCol w:w="2381"/>
      </w:tblGrid>
      <w:tr w:rsidR="007C6CD5" w14:paraId="51F7F071" w14:textId="77777777">
        <w:trPr>
          <w:jc w:val="center"/>
        </w:trPr>
        <w:tc>
          <w:tcPr>
            <w:tcW w:w="1020" w:type="dxa"/>
            <w:shd w:val="clear" w:color="auto" w:fill="DCEAF7"/>
            <w:vAlign w:val="center"/>
          </w:tcPr>
          <w:p w14:paraId="47F0B0AF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성명</w:t>
            </w:r>
            <w:proofErr w:type="spellEnd"/>
          </w:p>
        </w:tc>
        <w:tc>
          <w:tcPr>
            <w:tcW w:w="2268" w:type="dxa"/>
            <w:vAlign w:val="center"/>
          </w:tcPr>
          <w:p w14:paraId="77B6FFF7" w14:textId="64D7B715" w:rsidR="007C6CD5" w:rsidRDefault="007C6CD5">
            <w:pPr>
              <w:rPr>
                <w:lang w:eastAsia="ko-KR"/>
              </w:rPr>
            </w:pPr>
          </w:p>
        </w:tc>
        <w:tc>
          <w:tcPr>
            <w:tcW w:w="1247" w:type="dxa"/>
            <w:shd w:val="clear" w:color="auto" w:fill="DCEAF7"/>
            <w:vAlign w:val="center"/>
          </w:tcPr>
          <w:p w14:paraId="42869121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생년월일</w:t>
            </w:r>
            <w:proofErr w:type="spellEnd"/>
          </w:p>
        </w:tc>
        <w:tc>
          <w:tcPr>
            <w:tcW w:w="2948" w:type="dxa"/>
            <w:vAlign w:val="center"/>
          </w:tcPr>
          <w:p w14:paraId="3F7A7621" w14:textId="373D6B1A" w:rsidR="007C6CD5" w:rsidRDefault="007C6CD5"/>
        </w:tc>
        <w:tc>
          <w:tcPr>
            <w:tcW w:w="907" w:type="dxa"/>
            <w:shd w:val="clear" w:color="auto" w:fill="DCEAF7"/>
            <w:vAlign w:val="center"/>
          </w:tcPr>
          <w:p w14:paraId="5812B358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성별</w:t>
            </w:r>
          </w:p>
        </w:tc>
        <w:tc>
          <w:tcPr>
            <w:tcW w:w="2381" w:type="dxa"/>
            <w:vAlign w:val="center"/>
          </w:tcPr>
          <w:p w14:paraId="60770B43" w14:textId="61113542" w:rsidR="007C6CD5" w:rsidRDefault="00705761">
            <w:r>
              <w:rPr>
                <w:b/>
                <w:sz w:val="19"/>
              </w:rPr>
              <w:t xml:space="preserve">□ </w:t>
            </w:r>
            <w:proofErr w:type="gramStart"/>
            <w:r>
              <w:rPr>
                <w:b/>
                <w:sz w:val="19"/>
              </w:rPr>
              <w:t xml:space="preserve">남  </w:t>
            </w:r>
            <w:r w:rsidR="00CA42AF">
              <w:rPr>
                <w:b/>
                <w:sz w:val="19"/>
                <w:lang w:eastAsia="ko-KR"/>
              </w:rPr>
              <w:t>□</w:t>
            </w:r>
            <w:proofErr w:type="gramEnd"/>
            <w:r>
              <w:rPr>
                <w:b/>
                <w:sz w:val="19"/>
              </w:rPr>
              <w:t xml:space="preserve"> 여</w:t>
            </w:r>
          </w:p>
        </w:tc>
      </w:tr>
      <w:tr w:rsidR="007C6CD5" w14:paraId="6D3791B7" w14:textId="77777777">
        <w:trPr>
          <w:jc w:val="center"/>
        </w:trPr>
        <w:tc>
          <w:tcPr>
            <w:tcW w:w="1020" w:type="dxa"/>
            <w:shd w:val="clear" w:color="auto" w:fill="DCEAF7"/>
            <w:vAlign w:val="center"/>
          </w:tcPr>
          <w:p w14:paraId="2FCFF67E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연락처</w:t>
            </w:r>
          </w:p>
        </w:tc>
        <w:tc>
          <w:tcPr>
            <w:tcW w:w="2268" w:type="dxa"/>
            <w:vAlign w:val="center"/>
          </w:tcPr>
          <w:p w14:paraId="583018A3" w14:textId="4297845C" w:rsidR="007C6CD5" w:rsidRDefault="007C6CD5"/>
        </w:tc>
        <w:tc>
          <w:tcPr>
            <w:tcW w:w="1247" w:type="dxa"/>
            <w:shd w:val="clear" w:color="auto" w:fill="DCEAF7"/>
            <w:vAlign w:val="center"/>
          </w:tcPr>
          <w:p w14:paraId="482E0F63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주소</w:t>
            </w:r>
          </w:p>
        </w:tc>
        <w:tc>
          <w:tcPr>
            <w:tcW w:w="2948" w:type="dxa"/>
            <w:vAlign w:val="center"/>
          </w:tcPr>
          <w:p w14:paraId="2A113191" w14:textId="4A428735" w:rsidR="007C6CD5" w:rsidRDefault="007C6CD5" w:rsidP="00842137">
            <w:pPr>
              <w:jc w:val="center"/>
              <w:rPr>
                <w:lang w:eastAsia="ko-KR"/>
              </w:rPr>
            </w:pPr>
          </w:p>
        </w:tc>
        <w:tc>
          <w:tcPr>
            <w:tcW w:w="907" w:type="dxa"/>
            <w:shd w:val="clear" w:color="auto" w:fill="DCEAF7"/>
            <w:vAlign w:val="center"/>
          </w:tcPr>
          <w:p w14:paraId="70A75107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연령</w:t>
            </w:r>
            <w:proofErr w:type="spellEnd"/>
          </w:p>
        </w:tc>
        <w:tc>
          <w:tcPr>
            <w:tcW w:w="2381" w:type="dxa"/>
            <w:vAlign w:val="center"/>
          </w:tcPr>
          <w:p w14:paraId="5DDC7313" w14:textId="7549D005" w:rsidR="007C6CD5" w:rsidRDefault="00705761">
            <w:r>
              <w:rPr>
                <w:b/>
                <w:sz w:val="19"/>
              </w:rPr>
              <w:t xml:space="preserve">　　</w:t>
            </w:r>
          </w:p>
        </w:tc>
      </w:tr>
      <w:tr w:rsidR="0040234C" w14:paraId="28104276" w14:textId="77777777" w:rsidTr="004C35D9">
        <w:trPr>
          <w:trHeight w:val="511"/>
          <w:jc w:val="center"/>
        </w:trPr>
        <w:tc>
          <w:tcPr>
            <w:tcW w:w="1020" w:type="dxa"/>
            <w:shd w:val="clear" w:color="auto" w:fill="DCEAF7"/>
            <w:vAlign w:val="center"/>
          </w:tcPr>
          <w:p w14:paraId="6936A0D3" w14:textId="206B6C32" w:rsidR="0040234C" w:rsidRDefault="0040234C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sz w:val="19"/>
                <w:lang w:eastAsia="ko-KR"/>
              </w:rPr>
              <w:t>구분</w:t>
            </w:r>
          </w:p>
        </w:tc>
        <w:tc>
          <w:tcPr>
            <w:tcW w:w="9751" w:type="dxa"/>
            <w:gridSpan w:val="5"/>
            <w:vAlign w:val="center"/>
          </w:tcPr>
          <w:p w14:paraId="3DBD73CD" w14:textId="3C8085F8" w:rsidR="0040234C" w:rsidRDefault="0040234C" w:rsidP="0040234C">
            <w:pPr>
              <w:rPr>
                <w:b/>
                <w:sz w:val="19"/>
                <w:lang w:eastAsia="ko-KR"/>
              </w:rPr>
            </w:pPr>
            <w:r w:rsidRPr="0040234C">
              <w:rPr>
                <w:rFonts w:hint="eastAsia"/>
                <w:b/>
                <w:sz w:val="19"/>
                <w:lang w:eastAsia="ko-KR"/>
              </w:rPr>
              <w:t>□</w:t>
            </w:r>
            <w:r w:rsidRPr="0040234C">
              <w:rPr>
                <w:b/>
                <w:sz w:val="19"/>
                <w:lang w:eastAsia="ko-KR"/>
              </w:rPr>
              <w:t xml:space="preserve"> </w:t>
            </w:r>
            <w:proofErr w:type="gramStart"/>
            <w:r w:rsidRPr="0040234C">
              <w:rPr>
                <w:b/>
                <w:sz w:val="19"/>
                <w:lang w:eastAsia="ko-KR"/>
              </w:rPr>
              <w:t>고령자  □</w:t>
            </w:r>
            <w:proofErr w:type="gramEnd"/>
            <w:r w:rsidRPr="0040234C">
              <w:rPr>
                <w:b/>
                <w:sz w:val="19"/>
                <w:lang w:eastAsia="ko-KR"/>
              </w:rPr>
              <w:t xml:space="preserve"> 독거노인  □ 정서적·심리 지원  □ 1인 가구</w:t>
            </w:r>
            <w:r>
              <w:rPr>
                <w:rFonts w:hint="eastAsia"/>
                <w:b/>
                <w:sz w:val="19"/>
                <w:lang w:eastAsia="ko-KR"/>
              </w:rPr>
              <w:t xml:space="preserve"> </w:t>
            </w:r>
            <w:r w:rsidRPr="0040234C">
              <w:rPr>
                <w:rFonts w:hint="eastAsia"/>
                <w:b/>
                <w:sz w:val="19"/>
                <w:lang w:eastAsia="ko-KR"/>
              </w:rPr>
              <w:t>□</w:t>
            </w:r>
            <w:r w:rsidRPr="0040234C">
              <w:rPr>
                <w:b/>
                <w:sz w:val="19"/>
                <w:lang w:eastAsia="ko-KR"/>
              </w:rPr>
              <w:t xml:space="preserve"> 의료취약계층(기초/차상위)  □ 기타</w:t>
            </w:r>
            <w:r>
              <w:rPr>
                <w:rFonts w:hint="eastAsia"/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 xml:space="preserve">: </w:t>
            </w:r>
            <w:r w:rsidRPr="0040234C">
              <w:rPr>
                <w:b/>
                <w:sz w:val="19"/>
                <w:lang w:eastAsia="ko-KR"/>
              </w:rPr>
              <w:t xml:space="preserve">                     </w:t>
            </w:r>
          </w:p>
        </w:tc>
      </w:tr>
    </w:tbl>
    <w:p w14:paraId="07DE1651" w14:textId="77777777" w:rsidR="007C6CD5" w:rsidRDefault="00705761">
      <w:pPr>
        <w:spacing w:before="30" w:after="10"/>
      </w:pPr>
      <w:r>
        <w:rPr>
          <w:b/>
          <w:sz w:val="23"/>
        </w:rPr>
        <w:t xml:space="preserve">2. </w:t>
      </w:r>
      <w:proofErr w:type="spellStart"/>
      <w:r>
        <w:rPr>
          <w:b/>
          <w:sz w:val="23"/>
        </w:rPr>
        <w:t>병원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이용정보</w:t>
      </w:r>
      <w:proofErr w:type="spellEnd"/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"/>
        <w:gridCol w:w="2608"/>
        <w:gridCol w:w="1020"/>
        <w:gridCol w:w="2494"/>
        <w:gridCol w:w="964"/>
        <w:gridCol w:w="2608"/>
      </w:tblGrid>
      <w:tr w:rsidR="007C6CD5" w14:paraId="393F1345" w14:textId="77777777" w:rsidTr="004C35D9">
        <w:trPr>
          <w:trHeight w:val="469"/>
          <w:jc w:val="center"/>
        </w:trPr>
        <w:tc>
          <w:tcPr>
            <w:tcW w:w="1077" w:type="dxa"/>
            <w:shd w:val="clear" w:color="auto" w:fill="DCEAF7"/>
            <w:vAlign w:val="center"/>
          </w:tcPr>
          <w:p w14:paraId="6E0AC637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병원명</w:t>
            </w:r>
            <w:proofErr w:type="spellEnd"/>
          </w:p>
        </w:tc>
        <w:tc>
          <w:tcPr>
            <w:tcW w:w="2608" w:type="dxa"/>
            <w:vAlign w:val="center"/>
          </w:tcPr>
          <w:p w14:paraId="2E630CF0" w14:textId="2E867141" w:rsidR="007C6CD5" w:rsidRDefault="007C6CD5">
            <w:pPr>
              <w:rPr>
                <w:lang w:eastAsia="ko-KR"/>
              </w:rPr>
            </w:pPr>
          </w:p>
        </w:tc>
        <w:tc>
          <w:tcPr>
            <w:tcW w:w="1020" w:type="dxa"/>
            <w:shd w:val="clear" w:color="auto" w:fill="DCEAF7"/>
            <w:vAlign w:val="center"/>
          </w:tcPr>
          <w:p w14:paraId="28F42ED4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진료과</w:t>
            </w:r>
            <w:proofErr w:type="spellEnd"/>
          </w:p>
        </w:tc>
        <w:tc>
          <w:tcPr>
            <w:tcW w:w="2494" w:type="dxa"/>
            <w:vAlign w:val="center"/>
          </w:tcPr>
          <w:p w14:paraId="3AB5341D" w14:textId="12C44DB9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　　　　　　</w:t>
            </w:r>
            <w:r w:rsidR="00805FEE"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 xml:space="preserve">　　</w:t>
            </w:r>
          </w:p>
        </w:tc>
        <w:tc>
          <w:tcPr>
            <w:tcW w:w="964" w:type="dxa"/>
            <w:shd w:val="clear" w:color="auto" w:fill="DCEAF7"/>
            <w:vAlign w:val="center"/>
          </w:tcPr>
          <w:p w14:paraId="549CFFBF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담당의</w:t>
            </w:r>
            <w:proofErr w:type="spellEnd"/>
          </w:p>
        </w:tc>
        <w:tc>
          <w:tcPr>
            <w:tcW w:w="2608" w:type="dxa"/>
            <w:vAlign w:val="center"/>
          </w:tcPr>
          <w:p w14:paraId="260C199B" w14:textId="0FE6646A" w:rsidR="007C6CD5" w:rsidRDefault="007C6CD5">
            <w:pPr>
              <w:rPr>
                <w:lang w:eastAsia="ko-KR"/>
              </w:rPr>
            </w:pPr>
          </w:p>
        </w:tc>
      </w:tr>
      <w:tr w:rsidR="007C6CD5" w14:paraId="14F5C9B9" w14:textId="77777777" w:rsidTr="004C35D9">
        <w:trPr>
          <w:trHeight w:val="585"/>
          <w:jc w:val="center"/>
        </w:trPr>
        <w:tc>
          <w:tcPr>
            <w:tcW w:w="1077" w:type="dxa"/>
            <w:shd w:val="clear" w:color="auto" w:fill="DCEAF7"/>
            <w:vAlign w:val="center"/>
          </w:tcPr>
          <w:p w14:paraId="43D30E3D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예약일시</w:t>
            </w:r>
            <w:proofErr w:type="spellEnd"/>
          </w:p>
        </w:tc>
        <w:tc>
          <w:tcPr>
            <w:tcW w:w="2608" w:type="dxa"/>
            <w:vAlign w:val="center"/>
          </w:tcPr>
          <w:p w14:paraId="3AE79303" w14:textId="77777777" w:rsidR="007C6CD5" w:rsidRDefault="00805FEE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>
              <w:rPr>
                <w:lang w:eastAsia="ko-KR"/>
              </w:rPr>
              <w:t>026</w:t>
            </w:r>
            <w:r>
              <w:rPr>
                <w:rFonts w:hint="eastAsia"/>
                <w:lang w:eastAsia="ko-KR"/>
              </w:rPr>
              <w:t xml:space="preserve">년 </w:t>
            </w:r>
            <w:r>
              <w:rPr>
                <w:lang w:eastAsia="ko-KR"/>
              </w:rPr>
              <w:t xml:space="preserve">   </w:t>
            </w:r>
            <w:r>
              <w:rPr>
                <w:rFonts w:hint="eastAsia"/>
                <w:lang w:eastAsia="ko-KR"/>
              </w:rPr>
              <w:t xml:space="preserve">월 </w:t>
            </w:r>
            <w:r>
              <w:rPr>
                <w:lang w:eastAsia="ko-KR"/>
              </w:rPr>
              <w:t xml:space="preserve">     </w:t>
            </w:r>
            <w:r>
              <w:rPr>
                <w:rFonts w:hint="eastAsia"/>
                <w:lang w:eastAsia="ko-KR"/>
              </w:rPr>
              <w:t xml:space="preserve">일 </w:t>
            </w:r>
          </w:p>
          <w:p w14:paraId="12D621A4" w14:textId="417B2A3E" w:rsidR="00805FEE" w:rsidRDefault="00805FEE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시간 </w:t>
            </w:r>
          </w:p>
        </w:tc>
        <w:tc>
          <w:tcPr>
            <w:tcW w:w="1020" w:type="dxa"/>
            <w:shd w:val="clear" w:color="auto" w:fill="DCEAF7"/>
            <w:vAlign w:val="center"/>
          </w:tcPr>
          <w:p w14:paraId="3BD53E23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만남장소</w:t>
            </w:r>
            <w:proofErr w:type="spellEnd"/>
          </w:p>
        </w:tc>
        <w:tc>
          <w:tcPr>
            <w:tcW w:w="6066" w:type="dxa"/>
            <w:gridSpan w:val="3"/>
            <w:vAlign w:val="center"/>
          </w:tcPr>
          <w:p w14:paraId="7EBD88F9" w14:textId="77777777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　　　　　　　　　　　　　</w:t>
            </w:r>
          </w:p>
          <w:p w14:paraId="597FC001" w14:textId="77777777" w:rsidR="007C6CD5" w:rsidRDefault="007C6CD5" w:rsidP="00805FEE">
            <w:pPr>
              <w:jc w:val="center"/>
              <w:rPr>
                <w:lang w:eastAsia="ko-KR"/>
              </w:rPr>
            </w:pPr>
          </w:p>
        </w:tc>
      </w:tr>
      <w:tr w:rsidR="007C6CD5" w14:paraId="132FC6E9" w14:textId="77777777" w:rsidTr="004C35D9">
        <w:trPr>
          <w:trHeight w:val="505"/>
          <w:jc w:val="center"/>
        </w:trPr>
        <w:tc>
          <w:tcPr>
            <w:tcW w:w="1077" w:type="dxa"/>
            <w:shd w:val="clear" w:color="auto" w:fill="DCEAF7"/>
            <w:vAlign w:val="center"/>
          </w:tcPr>
          <w:p w14:paraId="34486C24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방문목적</w:t>
            </w:r>
            <w:proofErr w:type="spellEnd"/>
          </w:p>
        </w:tc>
        <w:tc>
          <w:tcPr>
            <w:tcW w:w="9694" w:type="dxa"/>
            <w:gridSpan w:val="5"/>
            <w:vAlign w:val="center"/>
          </w:tcPr>
          <w:p w14:paraId="3E4C60F1" w14:textId="58C70F1A" w:rsidR="007C6CD5" w:rsidRDefault="00CA42AF" w:rsidP="004C35D9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>□</w:t>
            </w:r>
            <w:r w:rsidR="00705761">
              <w:rPr>
                <w:b/>
                <w:sz w:val="19"/>
                <w:lang w:eastAsia="ko-KR"/>
              </w:rPr>
              <w:t xml:space="preserve"> </w:t>
            </w:r>
            <w:proofErr w:type="gramStart"/>
            <w:r w:rsidR="00705761">
              <w:rPr>
                <w:b/>
                <w:sz w:val="19"/>
                <w:lang w:eastAsia="ko-KR"/>
              </w:rPr>
              <w:t xml:space="preserve">진료  </w:t>
            </w:r>
            <w:r>
              <w:rPr>
                <w:b/>
                <w:sz w:val="19"/>
                <w:lang w:eastAsia="ko-KR"/>
              </w:rPr>
              <w:t>□</w:t>
            </w:r>
            <w:proofErr w:type="gramEnd"/>
            <w:r w:rsidR="00705761">
              <w:rPr>
                <w:b/>
                <w:sz w:val="19"/>
                <w:lang w:eastAsia="ko-KR"/>
              </w:rPr>
              <w:t xml:space="preserve"> 검사  □ 입원·퇴원  □ 수술 전후  □ 기타(　　　　　)</w:t>
            </w:r>
          </w:p>
        </w:tc>
      </w:tr>
    </w:tbl>
    <w:p w14:paraId="2AEE9317" w14:textId="77777777" w:rsidR="007C6CD5" w:rsidRDefault="00705761">
      <w:pPr>
        <w:spacing w:before="30" w:after="10"/>
      </w:pPr>
      <w:r>
        <w:rPr>
          <w:b/>
          <w:sz w:val="23"/>
        </w:rPr>
        <w:t xml:space="preserve">3. </w:t>
      </w:r>
      <w:proofErr w:type="spellStart"/>
      <w:r>
        <w:rPr>
          <w:b/>
          <w:sz w:val="23"/>
        </w:rPr>
        <w:t>이동</w:t>
      </w:r>
      <w:proofErr w:type="spellEnd"/>
      <w:r>
        <w:rPr>
          <w:b/>
          <w:sz w:val="23"/>
        </w:rPr>
        <w:t xml:space="preserve"> 및 </w:t>
      </w:r>
      <w:proofErr w:type="spellStart"/>
      <w:r>
        <w:rPr>
          <w:b/>
          <w:sz w:val="23"/>
        </w:rPr>
        <w:t>신체상태</w:t>
      </w:r>
      <w:proofErr w:type="spellEnd"/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9524"/>
      </w:tblGrid>
      <w:tr w:rsidR="007C6CD5" w14:paraId="2E945310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1D8DA6E9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이동수단</w:t>
            </w:r>
          </w:p>
        </w:tc>
        <w:tc>
          <w:tcPr>
            <w:tcW w:w="9524" w:type="dxa"/>
            <w:vAlign w:val="center"/>
          </w:tcPr>
          <w:p w14:paraId="5E48EC0B" w14:textId="4BF77D5E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□ </w:t>
            </w:r>
            <w:proofErr w:type="gramStart"/>
            <w:r>
              <w:rPr>
                <w:b/>
                <w:sz w:val="19"/>
                <w:lang w:eastAsia="ko-KR"/>
              </w:rPr>
              <w:t>도보  □</w:t>
            </w:r>
            <w:proofErr w:type="gramEnd"/>
            <w:r>
              <w:rPr>
                <w:b/>
                <w:sz w:val="19"/>
                <w:lang w:eastAsia="ko-KR"/>
              </w:rPr>
              <w:t xml:space="preserve"> 대중교통  □ 택시  □ 보호자 차량  </w:t>
            </w:r>
            <w:r w:rsidR="00CA42AF">
              <w:rPr>
                <w:b/>
                <w:sz w:val="19"/>
                <w:lang w:eastAsia="ko-KR"/>
              </w:rPr>
              <w:t>□</w:t>
            </w:r>
            <w:r>
              <w:rPr>
                <w:b/>
                <w:sz w:val="19"/>
                <w:lang w:eastAsia="ko-KR"/>
              </w:rPr>
              <w:t xml:space="preserve"> </w:t>
            </w:r>
            <w:proofErr w:type="spellStart"/>
            <w:r>
              <w:rPr>
                <w:b/>
                <w:sz w:val="19"/>
                <w:lang w:eastAsia="ko-KR"/>
              </w:rPr>
              <w:t>지도사</w:t>
            </w:r>
            <w:proofErr w:type="spellEnd"/>
            <w:r>
              <w:rPr>
                <w:b/>
                <w:sz w:val="19"/>
                <w:lang w:eastAsia="ko-KR"/>
              </w:rPr>
              <w:t xml:space="preserve"> 차량  □ 기타(　　　)</w:t>
            </w:r>
          </w:p>
        </w:tc>
      </w:tr>
      <w:tr w:rsidR="007C6CD5" w14:paraId="659CB5A3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0B436A54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보행상태</w:t>
            </w:r>
            <w:proofErr w:type="spellEnd"/>
          </w:p>
        </w:tc>
        <w:tc>
          <w:tcPr>
            <w:tcW w:w="9524" w:type="dxa"/>
            <w:vAlign w:val="center"/>
          </w:tcPr>
          <w:p w14:paraId="3452C001" w14:textId="77777777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□ </w:t>
            </w:r>
            <w:proofErr w:type="gramStart"/>
            <w:r>
              <w:rPr>
                <w:b/>
                <w:sz w:val="19"/>
                <w:lang w:eastAsia="ko-KR"/>
              </w:rPr>
              <w:t>독립보행  □</w:t>
            </w:r>
            <w:proofErr w:type="gramEnd"/>
            <w:r>
              <w:rPr>
                <w:b/>
                <w:sz w:val="19"/>
                <w:lang w:eastAsia="ko-KR"/>
              </w:rPr>
              <w:t xml:space="preserve"> 지팡이  □ 보행기  □ 휠체어  □ 부축 필요</w:t>
            </w:r>
          </w:p>
        </w:tc>
      </w:tr>
      <w:tr w:rsidR="007C6CD5" w14:paraId="52397006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47F10ECC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주요질환</w:t>
            </w:r>
            <w:proofErr w:type="spellEnd"/>
          </w:p>
        </w:tc>
        <w:tc>
          <w:tcPr>
            <w:tcW w:w="9524" w:type="dxa"/>
            <w:vAlign w:val="center"/>
          </w:tcPr>
          <w:p w14:paraId="05D1871F" w14:textId="695EED84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　　　　　　　</w:t>
            </w:r>
            <w:r w:rsidR="00805FEE"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  <w:lang w:eastAsia="ko-KR"/>
              </w:rPr>
              <w:t xml:space="preserve">　　　　　　　　　　　　　　　　　　　　　　　　　　</w:t>
            </w:r>
          </w:p>
        </w:tc>
      </w:tr>
      <w:tr w:rsidR="007C6CD5" w14:paraId="74E2378B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008B8620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주의사항</w:t>
            </w:r>
            <w:proofErr w:type="spellEnd"/>
          </w:p>
        </w:tc>
        <w:tc>
          <w:tcPr>
            <w:tcW w:w="9524" w:type="dxa"/>
            <w:vAlign w:val="center"/>
          </w:tcPr>
          <w:p w14:paraId="03A53B57" w14:textId="77777777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□ </w:t>
            </w:r>
            <w:proofErr w:type="gramStart"/>
            <w:r>
              <w:rPr>
                <w:b/>
                <w:sz w:val="19"/>
                <w:lang w:eastAsia="ko-KR"/>
              </w:rPr>
              <w:t>낙상  □</w:t>
            </w:r>
            <w:proofErr w:type="gramEnd"/>
            <w:r>
              <w:rPr>
                <w:b/>
                <w:sz w:val="19"/>
                <w:lang w:eastAsia="ko-KR"/>
              </w:rPr>
              <w:t xml:space="preserve"> 어지럼  □ 난청  □ 시력저하  □ 의사소통  □ 인지저하  □ 기타</w:t>
            </w:r>
          </w:p>
        </w:tc>
      </w:tr>
    </w:tbl>
    <w:p w14:paraId="2579CB03" w14:textId="29E864C0" w:rsidR="007C6CD5" w:rsidRDefault="00705761">
      <w:pPr>
        <w:spacing w:before="30" w:after="10"/>
        <w:rPr>
          <w:lang w:eastAsia="ko-KR"/>
        </w:rPr>
      </w:pPr>
      <w:r>
        <w:rPr>
          <w:b/>
          <w:sz w:val="23"/>
        </w:rPr>
        <w:t xml:space="preserve">4. </w:t>
      </w:r>
      <w:proofErr w:type="spellStart"/>
      <w:r>
        <w:rPr>
          <w:b/>
          <w:sz w:val="23"/>
        </w:rPr>
        <w:t>보호자</w:t>
      </w:r>
      <w:proofErr w:type="spellEnd"/>
      <w:r>
        <w:rPr>
          <w:b/>
          <w:sz w:val="23"/>
        </w:rPr>
        <w:t xml:space="preserve"> </w:t>
      </w:r>
      <w:proofErr w:type="spellStart"/>
      <w:r w:rsidR="004C35D9">
        <w:rPr>
          <w:rFonts w:hint="eastAsia"/>
          <w:b/>
          <w:sz w:val="23"/>
          <w:lang w:eastAsia="ko-KR"/>
        </w:rPr>
        <w:t>전달망</w:t>
      </w:r>
      <w:proofErr w:type="spellEnd"/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2268"/>
        <w:gridCol w:w="964"/>
        <w:gridCol w:w="1814"/>
        <w:gridCol w:w="1077"/>
        <w:gridCol w:w="3402"/>
      </w:tblGrid>
      <w:tr w:rsidR="007C6CD5" w14:paraId="7A0CFDCA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4C6E01E3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보호자 성명</w:t>
            </w:r>
          </w:p>
        </w:tc>
        <w:tc>
          <w:tcPr>
            <w:tcW w:w="2268" w:type="dxa"/>
            <w:vAlign w:val="center"/>
          </w:tcPr>
          <w:p w14:paraId="334B4C77" w14:textId="77777777" w:rsidR="007C6CD5" w:rsidRDefault="00705761">
            <w:r>
              <w:rPr>
                <w:b/>
                <w:sz w:val="19"/>
              </w:rPr>
              <w:t xml:space="preserve">　　　　　　　</w:t>
            </w:r>
          </w:p>
        </w:tc>
        <w:tc>
          <w:tcPr>
            <w:tcW w:w="964" w:type="dxa"/>
            <w:shd w:val="clear" w:color="auto" w:fill="DCEAF7"/>
            <w:vAlign w:val="center"/>
          </w:tcPr>
          <w:p w14:paraId="6AC13364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관계</w:t>
            </w:r>
          </w:p>
        </w:tc>
        <w:tc>
          <w:tcPr>
            <w:tcW w:w="1814" w:type="dxa"/>
            <w:vAlign w:val="center"/>
          </w:tcPr>
          <w:p w14:paraId="10DD6C15" w14:textId="77777777" w:rsidR="007C6CD5" w:rsidRDefault="00705761">
            <w:r>
              <w:rPr>
                <w:b/>
                <w:sz w:val="19"/>
              </w:rPr>
              <w:t xml:space="preserve">　　　</w:t>
            </w:r>
          </w:p>
        </w:tc>
        <w:tc>
          <w:tcPr>
            <w:tcW w:w="1077" w:type="dxa"/>
            <w:shd w:val="clear" w:color="auto" w:fill="DCEAF7"/>
            <w:vAlign w:val="center"/>
          </w:tcPr>
          <w:p w14:paraId="1988128F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연락처</w:t>
            </w:r>
          </w:p>
        </w:tc>
        <w:tc>
          <w:tcPr>
            <w:tcW w:w="3402" w:type="dxa"/>
            <w:vAlign w:val="center"/>
          </w:tcPr>
          <w:p w14:paraId="143CC2E1" w14:textId="77777777" w:rsidR="007C6CD5" w:rsidRDefault="00705761">
            <w:r>
              <w:rPr>
                <w:b/>
                <w:sz w:val="19"/>
              </w:rPr>
              <w:t xml:space="preserve">　　　　　　　</w:t>
            </w:r>
          </w:p>
        </w:tc>
      </w:tr>
      <w:tr w:rsidR="007C6CD5" w14:paraId="7F1D0881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5F71163B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비상연락처</w:t>
            </w:r>
          </w:p>
        </w:tc>
        <w:tc>
          <w:tcPr>
            <w:tcW w:w="2268" w:type="dxa"/>
            <w:vAlign w:val="center"/>
          </w:tcPr>
          <w:p w14:paraId="106ECC59" w14:textId="77777777" w:rsidR="007C6CD5" w:rsidRDefault="00705761">
            <w:r>
              <w:rPr>
                <w:b/>
                <w:sz w:val="19"/>
              </w:rPr>
              <w:t xml:space="preserve">　　　　　　　</w:t>
            </w:r>
          </w:p>
        </w:tc>
        <w:tc>
          <w:tcPr>
            <w:tcW w:w="964" w:type="dxa"/>
            <w:shd w:val="clear" w:color="auto" w:fill="DCEAF7"/>
            <w:vAlign w:val="center"/>
          </w:tcPr>
          <w:p w14:paraId="05A22FED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동행여부</w:t>
            </w:r>
          </w:p>
        </w:tc>
        <w:tc>
          <w:tcPr>
            <w:tcW w:w="1814" w:type="dxa"/>
            <w:vAlign w:val="center"/>
          </w:tcPr>
          <w:p w14:paraId="3A15566A" w14:textId="77777777" w:rsidR="007C6CD5" w:rsidRDefault="00705761">
            <w:r>
              <w:rPr>
                <w:b/>
                <w:sz w:val="19"/>
              </w:rPr>
              <w:t>□ 동행 □ 미동행</w:t>
            </w:r>
          </w:p>
        </w:tc>
        <w:tc>
          <w:tcPr>
            <w:tcW w:w="1077" w:type="dxa"/>
            <w:shd w:val="clear" w:color="auto" w:fill="DCEAF7"/>
            <w:vAlign w:val="center"/>
          </w:tcPr>
          <w:p w14:paraId="5FA0E6A4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특이사항</w:t>
            </w:r>
          </w:p>
        </w:tc>
        <w:tc>
          <w:tcPr>
            <w:tcW w:w="3402" w:type="dxa"/>
            <w:vAlign w:val="center"/>
          </w:tcPr>
          <w:p w14:paraId="3ABCFC04" w14:textId="77777777" w:rsidR="007C6CD5" w:rsidRDefault="00705761">
            <w:r>
              <w:rPr>
                <w:b/>
                <w:sz w:val="19"/>
              </w:rPr>
              <w:t xml:space="preserve">　　　　　　　</w:t>
            </w:r>
          </w:p>
        </w:tc>
      </w:tr>
    </w:tbl>
    <w:p w14:paraId="17DC4203" w14:textId="77777777" w:rsidR="007C6CD5" w:rsidRDefault="00705761">
      <w:pPr>
        <w:spacing w:before="30" w:after="10"/>
      </w:pPr>
      <w:r>
        <w:rPr>
          <w:b/>
          <w:sz w:val="23"/>
        </w:rPr>
        <w:t>5. 신청 서비스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9524"/>
      </w:tblGrid>
      <w:tr w:rsidR="007C6CD5" w14:paraId="4625CC35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77DD3E62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요청 서비스</w:t>
            </w:r>
          </w:p>
        </w:tc>
        <w:tc>
          <w:tcPr>
            <w:tcW w:w="9524" w:type="dxa"/>
            <w:vAlign w:val="center"/>
          </w:tcPr>
          <w:p w14:paraId="7DAF38DF" w14:textId="77777777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□ 병원 </w:t>
            </w:r>
            <w:proofErr w:type="gramStart"/>
            <w:r>
              <w:rPr>
                <w:b/>
                <w:sz w:val="19"/>
                <w:lang w:eastAsia="ko-KR"/>
              </w:rPr>
              <w:t>접수  □</w:t>
            </w:r>
            <w:proofErr w:type="gramEnd"/>
            <w:r>
              <w:rPr>
                <w:b/>
                <w:sz w:val="19"/>
                <w:lang w:eastAsia="ko-KR"/>
              </w:rPr>
              <w:t xml:space="preserve"> 진료 동행  □ 검사 동행  □ 수납  □ 약국 이용</w:t>
            </w:r>
          </w:p>
        </w:tc>
      </w:tr>
      <w:tr w:rsidR="007C6CD5" w14:paraId="29CE05E6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3317D736" w14:textId="77777777" w:rsidR="007C6CD5" w:rsidRDefault="007C6CD5">
            <w:pPr>
              <w:jc w:val="center"/>
              <w:rPr>
                <w:lang w:eastAsia="ko-KR"/>
              </w:rPr>
            </w:pPr>
          </w:p>
        </w:tc>
        <w:tc>
          <w:tcPr>
            <w:tcW w:w="9524" w:type="dxa"/>
            <w:vAlign w:val="center"/>
          </w:tcPr>
          <w:p w14:paraId="34A7F0CF" w14:textId="77777777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 xml:space="preserve">□ 귀가 </w:t>
            </w:r>
            <w:proofErr w:type="gramStart"/>
            <w:r>
              <w:rPr>
                <w:b/>
                <w:sz w:val="19"/>
                <w:lang w:eastAsia="ko-KR"/>
              </w:rPr>
              <w:t>동행  □</w:t>
            </w:r>
            <w:proofErr w:type="gramEnd"/>
            <w:r>
              <w:rPr>
                <w:b/>
                <w:sz w:val="19"/>
                <w:lang w:eastAsia="ko-KR"/>
              </w:rPr>
              <w:t xml:space="preserve"> 휠체어 보조  □ 정서적 지지·말벗  □ 기타(　　　　　　　)</w:t>
            </w:r>
          </w:p>
        </w:tc>
      </w:tr>
    </w:tbl>
    <w:p w14:paraId="5FC51415" w14:textId="59FDD7D9" w:rsidR="007C6CD5" w:rsidRDefault="00705761">
      <w:pPr>
        <w:spacing w:before="30" w:after="10"/>
        <w:rPr>
          <w:lang w:eastAsia="ko-KR"/>
        </w:rPr>
      </w:pPr>
      <w:r>
        <w:rPr>
          <w:b/>
          <w:sz w:val="23"/>
          <w:lang w:eastAsia="ko-KR"/>
        </w:rPr>
        <w:t>6. 개인정보 및 민감정보 수집·이용 동의</w:t>
      </w:r>
    </w:p>
    <w:p w14:paraId="26A04711" w14:textId="77777777" w:rsidR="007C6CD5" w:rsidRDefault="00705761">
      <w:pPr>
        <w:spacing w:after="10"/>
        <w:rPr>
          <w:lang w:eastAsia="ko-KR"/>
        </w:rPr>
      </w:pPr>
      <w:r>
        <w:rPr>
          <w:b/>
          <w:sz w:val="17"/>
          <w:lang w:eastAsia="ko-KR"/>
        </w:rPr>
        <w:t>병원동행서비스 신청 확인, 일정 조정, 안전한 동행 및 긴급상황 대응을 위해 개인정보와 필요한 건강정보를 수집·이용합니다. 긴급상황 시 의료기관·119·보호자에게 필요한 최소 정보가 제공될 수 있습니다.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9524"/>
      </w:tblGrid>
      <w:tr w:rsidR="007C6CD5" w14:paraId="263B56C1" w14:textId="77777777">
        <w:trPr>
          <w:jc w:val="center"/>
        </w:trPr>
        <w:tc>
          <w:tcPr>
            <w:tcW w:w="1247" w:type="dxa"/>
            <w:shd w:val="clear" w:color="auto" w:fill="DCEAF7"/>
            <w:vAlign w:val="center"/>
          </w:tcPr>
          <w:p w14:paraId="6DD31E0E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동의</w:t>
            </w:r>
            <w:proofErr w:type="spellEnd"/>
          </w:p>
        </w:tc>
        <w:tc>
          <w:tcPr>
            <w:tcW w:w="9524" w:type="dxa"/>
            <w:vAlign w:val="center"/>
          </w:tcPr>
          <w:p w14:paraId="5734F8D8" w14:textId="77777777" w:rsidR="007C6CD5" w:rsidRDefault="00705761">
            <w:pPr>
              <w:rPr>
                <w:lang w:eastAsia="ko-KR"/>
              </w:rPr>
            </w:pPr>
            <w:r>
              <w:rPr>
                <w:b/>
                <w:sz w:val="19"/>
                <w:lang w:eastAsia="ko-KR"/>
              </w:rPr>
              <w:t>□ 개인정보 수집·이용   □ 건강정보(민감정보) 수집·이용   □ 긴급상황 시 제3자 제공</w:t>
            </w:r>
          </w:p>
        </w:tc>
      </w:tr>
    </w:tbl>
    <w:p w14:paraId="4D7BED40" w14:textId="77777777" w:rsidR="007C6CD5" w:rsidRDefault="00705761">
      <w:pPr>
        <w:spacing w:before="30" w:after="0"/>
        <w:jc w:val="center"/>
        <w:rPr>
          <w:lang w:eastAsia="ko-KR"/>
        </w:rPr>
      </w:pPr>
      <w:r>
        <w:rPr>
          <w:b/>
          <w:sz w:val="19"/>
          <w:lang w:eastAsia="ko-KR"/>
        </w:rPr>
        <w:t>위 내용을 확인하였으며 병원동행서비스를 신청합니다.</w:t>
      </w:r>
    </w:p>
    <w:p w14:paraId="26498080" w14:textId="2EAFC918" w:rsidR="007C6CD5" w:rsidRDefault="00705761">
      <w:pPr>
        <w:spacing w:after="10"/>
        <w:jc w:val="center"/>
        <w:rPr>
          <w:lang w:eastAsia="ko-KR"/>
        </w:rPr>
      </w:pPr>
      <w:r>
        <w:rPr>
          <w:b/>
          <w:sz w:val="19"/>
          <w:lang w:eastAsia="ko-KR"/>
        </w:rPr>
        <w:t>20</w:t>
      </w:r>
      <w:r w:rsidR="00CA42AF">
        <w:rPr>
          <w:b/>
          <w:sz w:val="19"/>
          <w:lang w:eastAsia="ko-KR"/>
        </w:rPr>
        <w:t>26</w:t>
      </w:r>
      <w:r>
        <w:rPr>
          <w:b/>
          <w:sz w:val="19"/>
          <w:lang w:eastAsia="ko-KR"/>
        </w:rPr>
        <w:t xml:space="preserve">년　</w:t>
      </w:r>
      <w:r w:rsidR="00CA42AF">
        <w:rPr>
          <w:rFonts w:hint="eastAsia"/>
          <w:b/>
          <w:sz w:val="19"/>
          <w:lang w:eastAsia="ko-KR"/>
        </w:rPr>
        <w:t>9월</w:t>
      </w:r>
      <w:r>
        <w:rPr>
          <w:b/>
          <w:sz w:val="19"/>
          <w:lang w:eastAsia="ko-KR"/>
        </w:rPr>
        <w:t xml:space="preserve">　</w:t>
      </w:r>
      <w:r w:rsidR="00CA42AF">
        <w:rPr>
          <w:rFonts w:hint="eastAsia"/>
          <w:b/>
          <w:sz w:val="19"/>
          <w:lang w:eastAsia="ko-KR"/>
        </w:rPr>
        <w:t>2</w:t>
      </w:r>
      <w:r w:rsidR="00CA42AF">
        <w:rPr>
          <w:b/>
          <w:sz w:val="19"/>
          <w:lang w:eastAsia="ko-KR"/>
        </w:rPr>
        <w:t>1</w:t>
      </w:r>
      <w:r>
        <w:rPr>
          <w:b/>
          <w:sz w:val="19"/>
          <w:lang w:eastAsia="ko-KR"/>
        </w:rPr>
        <w:t xml:space="preserve">일    신청인: </w:t>
      </w:r>
      <w:r w:rsidR="00CA42AF">
        <w:rPr>
          <w:b/>
          <w:sz w:val="19"/>
          <w:lang w:eastAsia="ko-KR"/>
        </w:rPr>
        <w:t xml:space="preserve"> </w:t>
      </w:r>
      <w:r w:rsidR="00CA42AF">
        <w:rPr>
          <w:rFonts w:hint="eastAsia"/>
          <w:b/>
          <w:sz w:val="19"/>
          <w:lang w:eastAsia="ko-KR"/>
        </w:rPr>
        <w:t xml:space="preserve">이 </w:t>
      </w:r>
      <w:r w:rsidR="00CA42AF">
        <w:rPr>
          <w:b/>
          <w:sz w:val="19"/>
          <w:lang w:eastAsia="ko-KR"/>
        </w:rPr>
        <w:t xml:space="preserve">  </w:t>
      </w:r>
      <w:proofErr w:type="gramStart"/>
      <w:r w:rsidR="00CA42AF">
        <w:rPr>
          <w:rFonts w:hint="eastAsia"/>
          <w:b/>
          <w:sz w:val="19"/>
          <w:lang w:eastAsia="ko-KR"/>
        </w:rPr>
        <w:t xml:space="preserve">지 </w:t>
      </w:r>
      <w:r w:rsidR="00CA42AF">
        <w:rPr>
          <w:b/>
          <w:sz w:val="19"/>
          <w:lang w:eastAsia="ko-KR"/>
        </w:rPr>
        <w:t xml:space="preserve"> </w:t>
      </w:r>
      <w:r w:rsidR="00CA42AF">
        <w:rPr>
          <w:rFonts w:hint="eastAsia"/>
          <w:b/>
          <w:sz w:val="19"/>
          <w:lang w:eastAsia="ko-KR"/>
        </w:rPr>
        <w:t>경</w:t>
      </w:r>
      <w:proofErr w:type="gramEnd"/>
      <w:r>
        <w:rPr>
          <w:b/>
          <w:sz w:val="19"/>
          <w:lang w:eastAsia="ko-KR"/>
        </w:rPr>
        <w:t xml:space="preserve"> (서명)    보호자: ______________ (서명)</w:t>
      </w:r>
    </w:p>
    <w:p w14:paraId="6CD37694" w14:textId="0F33C1F6" w:rsidR="007C6CD5" w:rsidRDefault="00705761">
      <w:pPr>
        <w:spacing w:before="30" w:after="10"/>
        <w:rPr>
          <w:lang w:eastAsia="ko-KR"/>
        </w:rPr>
      </w:pPr>
      <w:r>
        <w:rPr>
          <w:b/>
          <w:sz w:val="23"/>
          <w:lang w:eastAsia="ko-KR"/>
        </w:rPr>
        <w:t xml:space="preserve">7. 병원동행지도사 확인 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2"/>
        <w:gridCol w:w="2040"/>
        <w:gridCol w:w="1134"/>
        <w:gridCol w:w="2268"/>
        <w:gridCol w:w="1134"/>
        <w:gridCol w:w="2835"/>
      </w:tblGrid>
      <w:tr w:rsidR="007C6CD5" w14:paraId="73C061AC" w14:textId="77777777" w:rsidTr="00705761">
        <w:trPr>
          <w:jc w:val="center"/>
        </w:trPr>
        <w:tc>
          <w:tcPr>
            <w:tcW w:w="1362" w:type="dxa"/>
            <w:shd w:val="clear" w:color="auto" w:fill="DCEAF7"/>
            <w:vAlign w:val="center"/>
          </w:tcPr>
          <w:p w14:paraId="077901EE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성명</w:t>
            </w:r>
            <w:proofErr w:type="spellEnd"/>
          </w:p>
        </w:tc>
        <w:tc>
          <w:tcPr>
            <w:tcW w:w="2040" w:type="dxa"/>
            <w:vAlign w:val="center"/>
          </w:tcPr>
          <w:p w14:paraId="484BCC2C" w14:textId="3B3CC836" w:rsidR="007C6CD5" w:rsidRDefault="007C6CD5">
            <w:pPr>
              <w:rPr>
                <w:lang w:eastAsia="ko-KR"/>
              </w:rPr>
            </w:pPr>
          </w:p>
        </w:tc>
        <w:tc>
          <w:tcPr>
            <w:tcW w:w="1134" w:type="dxa"/>
            <w:shd w:val="clear" w:color="auto" w:fill="DCEAF7"/>
            <w:vAlign w:val="center"/>
          </w:tcPr>
          <w:p w14:paraId="1EE47D1E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연락처</w:t>
            </w:r>
            <w:proofErr w:type="spellEnd"/>
          </w:p>
        </w:tc>
        <w:tc>
          <w:tcPr>
            <w:tcW w:w="2268" w:type="dxa"/>
            <w:vAlign w:val="center"/>
          </w:tcPr>
          <w:p w14:paraId="3EA0A62A" w14:textId="677349A9" w:rsidR="007C6CD5" w:rsidRDefault="007C6CD5"/>
        </w:tc>
        <w:tc>
          <w:tcPr>
            <w:tcW w:w="1134" w:type="dxa"/>
            <w:shd w:val="clear" w:color="auto" w:fill="DCEAF7"/>
            <w:vAlign w:val="center"/>
          </w:tcPr>
          <w:p w14:paraId="341370ED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배정일</w:t>
            </w:r>
          </w:p>
        </w:tc>
        <w:tc>
          <w:tcPr>
            <w:tcW w:w="2835" w:type="dxa"/>
            <w:vAlign w:val="center"/>
          </w:tcPr>
          <w:p w14:paraId="68DFFB81" w14:textId="31A53A5E" w:rsidR="007C6CD5" w:rsidRDefault="00705761">
            <w:r>
              <w:rPr>
                <w:b/>
                <w:sz w:val="19"/>
              </w:rPr>
              <w:t>20</w:t>
            </w:r>
            <w:r w:rsidR="00216C7F">
              <w:rPr>
                <w:b/>
                <w:sz w:val="19"/>
              </w:rPr>
              <w:t>26</w:t>
            </w:r>
            <w:r>
              <w:rPr>
                <w:b/>
                <w:sz w:val="19"/>
              </w:rPr>
              <w:t xml:space="preserve">년　</w:t>
            </w:r>
            <w:r w:rsidR="00805FEE">
              <w:rPr>
                <w:rFonts w:hint="eastAsia"/>
                <w:b/>
                <w:sz w:val="19"/>
                <w:lang w:eastAsia="ko-KR"/>
              </w:rPr>
              <w:t xml:space="preserve"> </w:t>
            </w:r>
            <w:r w:rsidR="00805FEE"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</w:rPr>
              <w:t xml:space="preserve">월　</w:t>
            </w:r>
            <w:r w:rsidR="00805FEE">
              <w:rPr>
                <w:rFonts w:hint="eastAsia"/>
                <w:b/>
                <w:sz w:val="19"/>
                <w:lang w:eastAsia="ko-KR"/>
              </w:rPr>
              <w:t xml:space="preserve"> </w:t>
            </w:r>
            <w:r w:rsidR="00805FEE">
              <w:rPr>
                <w:b/>
                <w:sz w:val="19"/>
                <w:lang w:eastAsia="ko-KR"/>
              </w:rPr>
              <w:t xml:space="preserve"> </w:t>
            </w:r>
            <w:r>
              <w:rPr>
                <w:b/>
                <w:sz w:val="19"/>
              </w:rPr>
              <w:t>일</w:t>
            </w:r>
          </w:p>
        </w:tc>
      </w:tr>
      <w:tr w:rsidR="007C6CD5" w14:paraId="3CE01969" w14:textId="77777777" w:rsidTr="00705761">
        <w:trPr>
          <w:jc w:val="center"/>
        </w:trPr>
        <w:tc>
          <w:tcPr>
            <w:tcW w:w="1362" w:type="dxa"/>
            <w:shd w:val="clear" w:color="auto" w:fill="DCEAF7"/>
            <w:vAlign w:val="center"/>
          </w:tcPr>
          <w:p w14:paraId="366FED36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자격증번호</w:t>
            </w:r>
          </w:p>
        </w:tc>
        <w:tc>
          <w:tcPr>
            <w:tcW w:w="2040" w:type="dxa"/>
            <w:vAlign w:val="center"/>
          </w:tcPr>
          <w:p w14:paraId="7EEBEF7A" w14:textId="25D98680" w:rsidR="007C6CD5" w:rsidRDefault="007C6CD5"/>
        </w:tc>
        <w:tc>
          <w:tcPr>
            <w:tcW w:w="1134" w:type="dxa"/>
            <w:shd w:val="clear" w:color="auto" w:fill="DCEAF7"/>
            <w:vAlign w:val="center"/>
          </w:tcPr>
          <w:p w14:paraId="3C4F2ABC" w14:textId="77777777" w:rsidR="007C6CD5" w:rsidRDefault="00705761">
            <w:pPr>
              <w:jc w:val="center"/>
            </w:pPr>
            <w:r>
              <w:rPr>
                <w:b/>
                <w:sz w:val="19"/>
              </w:rPr>
              <w:t>활동시간</w:t>
            </w:r>
          </w:p>
        </w:tc>
        <w:tc>
          <w:tcPr>
            <w:tcW w:w="2268" w:type="dxa"/>
            <w:vAlign w:val="center"/>
          </w:tcPr>
          <w:p w14:paraId="44273B40" w14:textId="4CDDBB86" w:rsidR="007C6CD5" w:rsidRDefault="007C6CD5">
            <w:pPr>
              <w:rPr>
                <w:lang w:eastAsia="ko-KR"/>
              </w:rPr>
            </w:pPr>
          </w:p>
        </w:tc>
        <w:tc>
          <w:tcPr>
            <w:tcW w:w="1134" w:type="dxa"/>
            <w:shd w:val="clear" w:color="auto" w:fill="DCEAF7"/>
            <w:vAlign w:val="center"/>
          </w:tcPr>
          <w:p w14:paraId="3018CEA2" w14:textId="77777777" w:rsidR="007C6CD5" w:rsidRDefault="00705761">
            <w:pPr>
              <w:jc w:val="center"/>
            </w:pPr>
            <w:proofErr w:type="spellStart"/>
            <w:r>
              <w:rPr>
                <w:b/>
                <w:sz w:val="19"/>
              </w:rPr>
              <w:t>확인</w:t>
            </w:r>
            <w:proofErr w:type="spellEnd"/>
          </w:p>
        </w:tc>
        <w:tc>
          <w:tcPr>
            <w:tcW w:w="2835" w:type="dxa"/>
            <w:vAlign w:val="center"/>
          </w:tcPr>
          <w:p w14:paraId="42BBE229" w14:textId="154CFBB6" w:rsidR="007C6CD5" w:rsidRPr="00852F1E" w:rsidRDefault="00705761">
            <w:pPr>
              <w:rPr>
                <w:bCs/>
                <w:sz w:val="16"/>
                <w:szCs w:val="18"/>
              </w:rPr>
            </w:pPr>
            <w:r w:rsidRPr="00852F1E">
              <w:rPr>
                <w:bCs/>
                <w:sz w:val="16"/>
                <w:szCs w:val="18"/>
              </w:rPr>
              <w:t xml:space="preserve">　</w:t>
            </w:r>
            <w:r w:rsidRPr="00852F1E">
              <w:rPr>
                <w:rFonts w:hint="eastAsia"/>
                <w:bCs/>
                <w:sz w:val="16"/>
                <w:szCs w:val="18"/>
                <w:lang w:eastAsia="ko-KR"/>
              </w:rPr>
              <w:t xml:space="preserve">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        </w:t>
            </w:r>
            <w:r w:rsidR="00852F1E">
              <w:rPr>
                <w:bCs/>
                <w:sz w:val="16"/>
                <w:szCs w:val="18"/>
                <w:lang w:eastAsia="ko-KR"/>
              </w:rPr>
              <w:t xml:space="preserve">      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 </w:t>
            </w:r>
            <w:r w:rsidR="00852F1E">
              <w:rPr>
                <w:bCs/>
                <w:sz w:val="16"/>
                <w:szCs w:val="18"/>
                <w:lang w:eastAsia="ko-KR"/>
              </w:rPr>
              <w:t xml:space="preserve">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     </w:t>
            </w:r>
            <w:r w:rsidRPr="00852F1E">
              <w:rPr>
                <w:bCs/>
                <w:sz w:val="16"/>
                <w:szCs w:val="18"/>
              </w:rPr>
              <w:t xml:space="preserve">　　</w:t>
            </w:r>
            <w:r w:rsidR="00F43919" w:rsidRPr="00852F1E">
              <w:rPr>
                <w:rFonts w:hint="eastAsia"/>
                <w:bCs/>
                <w:sz w:val="16"/>
                <w:szCs w:val="18"/>
                <w:lang w:eastAsia="ko-KR"/>
              </w:rPr>
              <w:t xml:space="preserve"> </w:t>
            </w:r>
            <w:r w:rsidRPr="00852F1E">
              <w:rPr>
                <w:bCs/>
                <w:sz w:val="16"/>
                <w:szCs w:val="18"/>
              </w:rPr>
              <w:t>(</w:t>
            </w:r>
            <w:proofErr w:type="spellStart"/>
            <w:r w:rsidRPr="00852F1E">
              <w:rPr>
                <w:bCs/>
                <w:sz w:val="16"/>
                <w:szCs w:val="18"/>
              </w:rPr>
              <w:t>서명</w:t>
            </w:r>
            <w:proofErr w:type="spellEnd"/>
            <w:r w:rsidRPr="00852F1E">
              <w:rPr>
                <w:bCs/>
                <w:sz w:val="16"/>
                <w:szCs w:val="18"/>
              </w:rPr>
              <w:t>)</w:t>
            </w:r>
          </w:p>
        </w:tc>
      </w:tr>
      <w:tr w:rsidR="00852F1E" w14:paraId="2833441D" w14:textId="77777777" w:rsidTr="001F719D">
        <w:trPr>
          <w:jc w:val="center"/>
        </w:trPr>
        <w:tc>
          <w:tcPr>
            <w:tcW w:w="3402" w:type="dxa"/>
            <w:gridSpan w:val="2"/>
            <w:shd w:val="clear" w:color="auto" w:fill="DCEAF7"/>
            <w:vAlign w:val="center"/>
          </w:tcPr>
          <w:p w14:paraId="366B506A" w14:textId="51564FFC" w:rsidR="00852F1E" w:rsidRDefault="00852F1E" w:rsidP="00852F1E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sz w:val="19"/>
                <w:lang w:eastAsia="ko-KR"/>
              </w:rPr>
              <w:t>결재</w:t>
            </w:r>
          </w:p>
        </w:tc>
        <w:tc>
          <w:tcPr>
            <w:tcW w:w="1134" w:type="dxa"/>
            <w:shd w:val="clear" w:color="auto" w:fill="DCEAF7"/>
            <w:vAlign w:val="center"/>
          </w:tcPr>
          <w:p w14:paraId="4DF8D5A3" w14:textId="2E0C5EA7" w:rsidR="00852F1E" w:rsidRDefault="00852F1E">
            <w:pPr>
              <w:jc w:val="center"/>
              <w:rPr>
                <w:b/>
                <w:sz w:val="19"/>
                <w:lang w:eastAsia="ko-KR"/>
              </w:rPr>
            </w:pPr>
            <w:r>
              <w:rPr>
                <w:rFonts w:hint="eastAsia"/>
                <w:b/>
                <w:sz w:val="19"/>
                <w:lang w:eastAsia="ko-KR"/>
              </w:rPr>
              <w:t xml:space="preserve">회장 </w:t>
            </w:r>
          </w:p>
        </w:tc>
        <w:tc>
          <w:tcPr>
            <w:tcW w:w="2268" w:type="dxa"/>
            <w:vAlign w:val="center"/>
          </w:tcPr>
          <w:p w14:paraId="5E28B3F7" w14:textId="7747679C" w:rsidR="00852F1E" w:rsidRPr="00852F1E" w:rsidRDefault="00852F1E">
            <w:pPr>
              <w:rPr>
                <w:bCs/>
                <w:sz w:val="19"/>
                <w:lang w:eastAsia="ko-KR"/>
              </w:rPr>
            </w:pPr>
            <w:r w:rsidRPr="00852F1E">
              <w:rPr>
                <w:rFonts w:hint="eastAsia"/>
                <w:bCs/>
                <w:sz w:val="16"/>
                <w:szCs w:val="18"/>
                <w:lang w:eastAsia="ko-KR"/>
              </w:rPr>
              <w:t xml:space="preserve">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            </w:t>
            </w:r>
            <w:r>
              <w:rPr>
                <w:bCs/>
                <w:sz w:val="16"/>
                <w:szCs w:val="18"/>
                <w:lang w:eastAsia="ko-KR"/>
              </w:rPr>
              <w:t xml:space="preserve">    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       (</w:t>
            </w:r>
            <w:r w:rsidRPr="00852F1E">
              <w:rPr>
                <w:rFonts w:hint="eastAsia"/>
                <w:bCs/>
                <w:sz w:val="16"/>
                <w:szCs w:val="18"/>
                <w:lang w:eastAsia="ko-KR"/>
              </w:rPr>
              <w:t>서명)</w:t>
            </w:r>
          </w:p>
        </w:tc>
        <w:tc>
          <w:tcPr>
            <w:tcW w:w="1134" w:type="dxa"/>
            <w:shd w:val="clear" w:color="auto" w:fill="DCEAF7"/>
            <w:vAlign w:val="center"/>
          </w:tcPr>
          <w:p w14:paraId="5A8CFE32" w14:textId="414BCB22" w:rsidR="00852F1E" w:rsidRDefault="00852F1E">
            <w:pPr>
              <w:jc w:val="center"/>
              <w:rPr>
                <w:b/>
                <w:sz w:val="19"/>
              </w:rPr>
            </w:pPr>
            <w:r>
              <w:rPr>
                <w:rFonts w:hint="eastAsia"/>
                <w:b/>
                <w:sz w:val="19"/>
                <w:lang w:eastAsia="ko-KR"/>
              </w:rPr>
              <w:t>담당</w:t>
            </w:r>
          </w:p>
        </w:tc>
        <w:tc>
          <w:tcPr>
            <w:tcW w:w="2835" w:type="dxa"/>
            <w:vAlign w:val="center"/>
          </w:tcPr>
          <w:p w14:paraId="6E009A7B" w14:textId="095ECF8D" w:rsidR="00852F1E" w:rsidRPr="00852F1E" w:rsidRDefault="00852F1E">
            <w:pPr>
              <w:rPr>
                <w:bCs/>
                <w:sz w:val="19"/>
                <w:lang w:eastAsia="ko-KR"/>
              </w:rPr>
            </w:pPr>
            <w:r w:rsidRPr="00852F1E">
              <w:rPr>
                <w:rFonts w:hint="eastAsia"/>
                <w:bCs/>
                <w:sz w:val="16"/>
                <w:szCs w:val="18"/>
                <w:lang w:eastAsia="ko-KR"/>
              </w:rPr>
              <w:t xml:space="preserve">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                   </w:t>
            </w:r>
            <w:r>
              <w:rPr>
                <w:bCs/>
                <w:sz w:val="16"/>
                <w:szCs w:val="18"/>
                <w:lang w:eastAsia="ko-KR"/>
              </w:rPr>
              <w:t xml:space="preserve">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</w:t>
            </w:r>
            <w:r>
              <w:rPr>
                <w:bCs/>
                <w:sz w:val="16"/>
                <w:szCs w:val="18"/>
                <w:lang w:eastAsia="ko-KR"/>
              </w:rPr>
              <w:t xml:space="preserve">       </w:t>
            </w:r>
            <w:r w:rsidRPr="00852F1E">
              <w:rPr>
                <w:bCs/>
                <w:sz w:val="16"/>
                <w:szCs w:val="18"/>
                <w:lang w:eastAsia="ko-KR"/>
              </w:rPr>
              <w:t xml:space="preserve">      (</w:t>
            </w:r>
            <w:r w:rsidRPr="00852F1E">
              <w:rPr>
                <w:rFonts w:hint="eastAsia"/>
                <w:bCs/>
                <w:sz w:val="16"/>
                <w:szCs w:val="18"/>
                <w:lang w:eastAsia="ko-KR"/>
              </w:rPr>
              <w:t>서명)</w:t>
            </w:r>
          </w:p>
        </w:tc>
      </w:tr>
    </w:tbl>
    <w:p w14:paraId="15458CA8" w14:textId="23AD66E9" w:rsidR="007C6CD5" w:rsidRDefault="00805FEE">
      <w:pPr>
        <w:spacing w:before="40" w:after="0"/>
        <w:jc w:val="center"/>
        <w:rPr>
          <w:lang w:eastAsia="ko-KR"/>
        </w:rPr>
      </w:pPr>
      <w:r>
        <w:rPr>
          <w:rFonts w:hint="eastAsia"/>
          <w:b/>
          <w:sz w:val="17"/>
          <w:lang w:eastAsia="ko-KR"/>
        </w:rPr>
        <w:t>(사)</w:t>
      </w:r>
      <w:r w:rsidR="00705761">
        <w:rPr>
          <w:b/>
          <w:sz w:val="17"/>
          <w:lang w:eastAsia="ko-KR"/>
        </w:rPr>
        <w:t xml:space="preserve"> </w:t>
      </w:r>
      <w:proofErr w:type="spellStart"/>
      <w:proofErr w:type="gramStart"/>
      <w:r w:rsidR="00705761">
        <w:rPr>
          <w:b/>
          <w:sz w:val="17"/>
          <w:lang w:eastAsia="ko-KR"/>
        </w:rPr>
        <w:t>나사랑자살방지협회</w:t>
      </w:r>
      <w:proofErr w:type="spellEnd"/>
      <w:r w:rsidR="00705761">
        <w:rPr>
          <w:b/>
          <w:sz w:val="17"/>
          <w:lang w:eastAsia="ko-KR"/>
        </w:rPr>
        <w:t xml:space="preserve">  |</w:t>
      </w:r>
      <w:proofErr w:type="gramEnd"/>
      <w:r w:rsidR="00705761">
        <w:rPr>
          <w:b/>
          <w:sz w:val="17"/>
          <w:lang w:eastAsia="ko-KR"/>
        </w:rPr>
        <w:t xml:space="preserve">  문의 041-562-7942 / </w:t>
      </w:r>
      <w:r>
        <w:rPr>
          <w:rFonts w:hint="eastAsia"/>
          <w:b/>
          <w:sz w:val="17"/>
          <w:lang w:eastAsia="ko-KR"/>
        </w:rPr>
        <w:t xml:space="preserve">팩스 </w:t>
      </w:r>
      <w:r>
        <w:rPr>
          <w:b/>
          <w:sz w:val="17"/>
          <w:lang w:eastAsia="ko-KR"/>
        </w:rPr>
        <w:t xml:space="preserve">041-562-7944 / </w:t>
      </w:r>
      <w:r>
        <w:rPr>
          <w:rFonts w:hint="eastAsia"/>
          <w:b/>
          <w:sz w:val="17"/>
          <w:lang w:eastAsia="ko-KR"/>
        </w:rPr>
        <w:t>j</w:t>
      </w:r>
      <w:r>
        <w:rPr>
          <w:b/>
          <w:sz w:val="17"/>
          <w:lang w:eastAsia="ko-KR"/>
        </w:rPr>
        <w:t>abang52@naver.com</w:t>
      </w:r>
    </w:p>
    <w:sectPr w:rsidR="007C6CD5" w:rsidSect="00034616">
      <w:pgSz w:w="11906" w:h="16838"/>
      <w:pgMar w:top="425" w:right="510" w:bottom="907" w:left="510" w:header="17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9A375" w14:textId="77777777" w:rsidR="00A02B78" w:rsidRDefault="00A02B78" w:rsidP="00821612">
      <w:pPr>
        <w:spacing w:after="0" w:line="240" w:lineRule="auto"/>
      </w:pPr>
      <w:r>
        <w:separator/>
      </w:r>
    </w:p>
  </w:endnote>
  <w:endnote w:type="continuationSeparator" w:id="0">
    <w:p w14:paraId="6CAD269E" w14:textId="77777777" w:rsidR="00A02B78" w:rsidRDefault="00A02B78" w:rsidP="0082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2E974" w14:textId="77777777" w:rsidR="00A02B78" w:rsidRDefault="00A02B78" w:rsidP="00821612">
      <w:pPr>
        <w:spacing w:after="0" w:line="240" w:lineRule="auto"/>
      </w:pPr>
      <w:r>
        <w:separator/>
      </w:r>
    </w:p>
  </w:footnote>
  <w:footnote w:type="continuationSeparator" w:id="0">
    <w:p w14:paraId="01E907E0" w14:textId="77777777" w:rsidR="00A02B78" w:rsidRDefault="00A02B78" w:rsidP="00821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DA1"/>
    <w:rsid w:val="0015074B"/>
    <w:rsid w:val="001A6419"/>
    <w:rsid w:val="001C42AB"/>
    <w:rsid w:val="001C4818"/>
    <w:rsid w:val="00216C7F"/>
    <w:rsid w:val="00262109"/>
    <w:rsid w:val="0029639D"/>
    <w:rsid w:val="00326F90"/>
    <w:rsid w:val="00353DE5"/>
    <w:rsid w:val="0040234C"/>
    <w:rsid w:val="004C35D9"/>
    <w:rsid w:val="00705761"/>
    <w:rsid w:val="007C6CD5"/>
    <w:rsid w:val="00805FEE"/>
    <w:rsid w:val="00821612"/>
    <w:rsid w:val="00842137"/>
    <w:rsid w:val="00852F1E"/>
    <w:rsid w:val="00A02B78"/>
    <w:rsid w:val="00AA1D8D"/>
    <w:rsid w:val="00B472DE"/>
    <w:rsid w:val="00B47730"/>
    <w:rsid w:val="00C1622E"/>
    <w:rsid w:val="00C63145"/>
    <w:rsid w:val="00CA42AF"/>
    <w:rsid w:val="00CB0664"/>
    <w:rsid w:val="00E058FC"/>
    <w:rsid w:val="00F01AB6"/>
    <w:rsid w:val="00F439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955EDA"/>
  <w14:defaultImageDpi w14:val="300"/>
  <w15:docId w15:val="{1647D9FB-338A-4720-B66E-4FB2465D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00B6A9-79E9-4F66-AA64-76A76A17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강 화식</cp:lastModifiedBy>
  <cp:revision>4</cp:revision>
  <cp:lastPrinted>2026-09-30T01:38:00Z</cp:lastPrinted>
  <dcterms:created xsi:type="dcterms:W3CDTF">2026-10-01T21:33:00Z</dcterms:created>
  <dcterms:modified xsi:type="dcterms:W3CDTF">2026-10-01T22:13:00Z</dcterms:modified>
  <cp:category/>
</cp:coreProperties>
</file>