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D451A" w14:textId="77777777" w:rsidR="00F06CCE" w:rsidRDefault="008B4C8C">
      <w:pPr>
        <w:spacing w:after="0"/>
        <w:jc w:val="center"/>
        <w:rPr>
          <w:lang w:eastAsia="ko-KR"/>
        </w:rPr>
      </w:pPr>
      <w:bookmarkStart w:id="0" w:name="_GoBack"/>
      <w:bookmarkEnd w:id="0"/>
      <w:r>
        <w:rPr>
          <w:b/>
          <w:sz w:val="24"/>
          <w:lang w:eastAsia="ko-KR"/>
        </w:rPr>
        <w:t xml:space="preserve">2026 </w:t>
      </w:r>
      <w:proofErr w:type="spellStart"/>
      <w:r>
        <w:rPr>
          <w:b/>
          <w:sz w:val="24"/>
          <w:lang w:eastAsia="ko-KR"/>
        </w:rPr>
        <w:t>생명보듬</w:t>
      </w:r>
      <w:proofErr w:type="spellEnd"/>
      <w:r>
        <w:rPr>
          <w:b/>
          <w:sz w:val="24"/>
          <w:lang w:eastAsia="ko-KR"/>
        </w:rPr>
        <w:t xml:space="preserve"> </w:t>
      </w:r>
      <w:proofErr w:type="spellStart"/>
      <w:r>
        <w:rPr>
          <w:b/>
          <w:sz w:val="24"/>
          <w:lang w:eastAsia="ko-KR"/>
        </w:rPr>
        <w:t>마음이음</w:t>
      </w:r>
      <w:proofErr w:type="spellEnd"/>
    </w:p>
    <w:p w14:paraId="1750C57F" w14:textId="77777777" w:rsidR="00F06CCE" w:rsidRDefault="008B4C8C">
      <w:pPr>
        <w:spacing w:after="40"/>
        <w:jc w:val="center"/>
        <w:rPr>
          <w:lang w:eastAsia="ko-KR"/>
        </w:rPr>
      </w:pPr>
      <w:r>
        <w:rPr>
          <w:b/>
          <w:sz w:val="38"/>
          <w:lang w:eastAsia="ko-KR"/>
        </w:rPr>
        <w:t>병원동행서비스 결과보고서</w:t>
      </w:r>
    </w:p>
    <w:tbl>
      <w:tblPr>
        <w:tblStyle w:val="af9"/>
        <w:tblW w:w="1105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3605"/>
        <w:gridCol w:w="1644"/>
        <w:gridCol w:w="3969"/>
      </w:tblGrid>
      <w:tr w:rsidR="00F06CCE" w14:paraId="2D3AC210" w14:textId="77777777" w:rsidTr="00881A8F">
        <w:trPr>
          <w:trHeight w:val="425"/>
          <w:jc w:val="center"/>
        </w:trPr>
        <w:tc>
          <w:tcPr>
            <w:tcW w:w="1838" w:type="dxa"/>
            <w:shd w:val="clear" w:color="auto" w:fill="D9EAF7"/>
            <w:vAlign w:val="center"/>
          </w:tcPr>
          <w:p w14:paraId="10B564D1" w14:textId="77777777" w:rsidR="00F06CCE" w:rsidRDefault="008B4C8C">
            <w:pPr>
              <w:jc w:val="center"/>
            </w:pPr>
            <w:proofErr w:type="spellStart"/>
            <w:r>
              <w:rPr>
                <w:b/>
                <w:sz w:val="20"/>
              </w:rPr>
              <w:t>대상자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성명</w:t>
            </w:r>
            <w:proofErr w:type="spellEnd"/>
          </w:p>
        </w:tc>
        <w:tc>
          <w:tcPr>
            <w:tcW w:w="3605" w:type="dxa"/>
            <w:vAlign w:val="center"/>
          </w:tcPr>
          <w:p w14:paraId="19E96AF0" w14:textId="7EED4FF6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 xml:space="preserve">　</w:t>
            </w:r>
          </w:p>
        </w:tc>
        <w:tc>
          <w:tcPr>
            <w:tcW w:w="1644" w:type="dxa"/>
            <w:shd w:val="clear" w:color="auto" w:fill="D9EAF7"/>
            <w:vAlign w:val="center"/>
          </w:tcPr>
          <w:p w14:paraId="2AB837D4" w14:textId="77777777" w:rsidR="00F06CCE" w:rsidRDefault="008B4C8C">
            <w:pPr>
              <w:jc w:val="center"/>
            </w:pPr>
            <w:proofErr w:type="spellStart"/>
            <w:r>
              <w:rPr>
                <w:b/>
                <w:sz w:val="20"/>
              </w:rPr>
              <w:t>동행일자</w:t>
            </w:r>
            <w:proofErr w:type="spellEnd"/>
          </w:p>
        </w:tc>
        <w:tc>
          <w:tcPr>
            <w:tcW w:w="3969" w:type="dxa"/>
            <w:vAlign w:val="center"/>
          </w:tcPr>
          <w:p w14:paraId="78429428" w14:textId="5E360A46" w:rsidR="00F06CCE" w:rsidRDefault="00F06CCE">
            <w:pPr>
              <w:rPr>
                <w:lang w:eastAsia="ko-KR"/>
              </w:rPr>
            </w:pPr>
          </w:p>
        </w:tc>
      </w:tr>
      <w:tr w:rsidR="00F06CCE" w14:paraId="7D35A1A1" w14:textId="77777777" w:rsidTr="00881A8F">
        <w:trPr>
          <w:trHeight w:val="425"/>
          <w:jc w:val="center"/>
        </w:trPr>
        <w:tc>
          <w:tcPr>
            <w:tcW w:w="1838" w:type="dxa"/>
            <w:shd w:val="clear" w:color="auto" w:fill="D9EAF7"/>
            <w:vAlign w:val="center"/>
          </w:tcPr>
          <w:p w14:paraId="42339948" w14:textId="77777777" w:rsidR="00F06CCE" w:rsidRDefault="008B4C8C">
            <w:pPr>
              <w:jc w:val="center"/>
            </w:pPr>
            <w:r>
              <w:rPr>
                <w:b/>
                <w:sz w:val="20"/>
              </w:rPr>
              <w:t>병원명 / 진료과</w:t>
            </w:r>
          </w:p>
        </w:tc>
        <w:tc>
          <w:tcPr>
            <w:tcW w:w="3605" w:type="dxa"/>
            <w:vAlign w:val="center"/>
          </w:tcPr>
          <w:p w14:paraId="508C4535" w14:textId="68759390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 xml:space="preserve">　　</w:t>
            </w:r>
            <w:r w:rsidR="00881A8F">
              <w:rPr>
                <w:b/>
                <w:sz w:val="20"/>
                <w:lang w:eastAsia="ko-KR"/>
              </w:rPr>
              <w:t xml:space="preserve"> </w:t>
            </w:r>
            <w:r>
              <w:rPr>
                <w:b/>
                <w:sz w:val="20"/>
                <w:lang w:eastAsia="ko-KR"/>
              </w:rPr>
              <w:t xml:space="preserve">　　　　　　　　</w:t>
            </w:r>
          </w:p>
        </w:tc>
        <w:tc>
          <w:tcPr>
            <w:tcW w:w="1644" w:type="dxa"/>
            <w:shd w:val="clear" w:color="auto" w:fill="D9EAF7"/>
            <w:vAlign w:val="center"/>
          </w:tcPr>
          <w:p w14:paraId="3047EB3B" w14:textId="77777777" w:rsidR="00F06CCE" w:rsidRDefault="008B4C8C">
            <w:pPr>
              <w:jc w:val="center"/>
            </w:pPr>
            <w:proofErr w:type="spellStart"/>
            <w:r>
              <w:rPr>
                <w:b/>
                <w:sz w:val="20"/>
              </w:rPr>
              <w:t>병원동행지도사</w:t>
            </w:r>
            <w:proofErr w:type="spellEnd"/>
          </w:p>
        </w:tc>
        <w:tc>
          <w:tcPr>
            <w:tcW w:w="3969" w:type="dxa"/>
            <w:vAlign w:val="center"/>
          </w:tcPr>
          <w:p w14:paraId="5217FC44" w14:textId="33127095" w:rsidR="00F06CCE" w:rsidRDefault="00F06CCE">
            <w:pPr>
              <w:rPr>
                <w:lang w:eastAsia="ko-KR"/>
              </w:rPr>
            </w:pPr>
          </w:p>
        </w:tc>
      </w:tr>
      <w:tr w:rsidR="00F06CCE" w14:paraId="21BD75FE" w14:textId="77777777" w:rsidTr="00881A8F">
        <w:trPr>
          <w:trHeight w:val="482"/>
          <w:jc w:val="center"/>
        </w:trPr>
        <w:tc>
          <w:tcPr>
            <w:tcW w:w="1838" w:type="dxa"/>
            <w:shd w:val="clear" w:color="auto" w:fill="D9EAF7"/>
            <w:vAlign w:val="center"/>
          </w:tcPr>
          <w:p w14:paraId="0D869108" w14:textId="77777777" w:rsidR="00F06CCE" w:rsidRDefault="008B4C8C">
            <w:pPr>
              <w:jc w:val="center"/>
            </w:pPr>
            <w:proofErr w:type="spellStart"/>
            <w:r>
              <w:rPr>
                <w:b/>
                <w:sz w:val="20"/>
              </w:rPr>
              <w:t>활동시간</w:t>
            </w:r>
            <w:proofErr w:type="spellEnd"/>
          </w:p>
        </w:tc>
        <w:tc>
          <w:tcPr>
            <w:tcW w:w="3605" w:type="dxa"/>
            <w:vAlign w:val="center"/>
          </w:tcPr>
          <w:p w14:paraId="7E7696FA" w14:textId="637CF078" w:rsidR="00F06CCE" w:rsidRDefault="00F06CCE" w:rsidP="00F5738A">
            <w:pPr>
              <w:jc w:val="center"/>
              <w:rPr>
                <w:lang w:eastAsia="ko-KR"/>
              </w:rPr>
            </w:pPr>
          </w:p>
        </w:tc>
        <w:tc>
          <w:tcPr>
            <w:tcW w:w="1644" w:type="dxa"/>
            <w:shd w:val="clear" w:color="auto" w:fill="D9EAF7"/>
            <w:vAlign w:val="center"/>
          </w:tcPr>
          <w:p w14:paraId="268AE211" w14:textId="77777777" w:rsidR="00F06CCE" w:rsidRDefault="008B4C8C">
            <w:pPr>
              <w:jc w:val="center"/>
            </w:pPr>
            <w:proofErr w:type="spellStart"/>
            <w:r>
              <w:rPr>
                <w:b/>
                <w:sz w:val="20"/>
              </w:rPr>
              <w:t>이동방법</w:t>
            </w:r>
            <w:proofErr w:type="spellEnd"/>
          </w:p>
        </w:tc>
        <w:tc>
          <w:tcPr>
            <w:tcW w:w="3969" w:type="dxa"/>
            <w:vAlign w:val="center"/>
          </w:tcPr>
          <w:p w14:paraId="390F79B9" w14:textId="4A514F8F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 xml:space="preserve">□ 도보 □ 대중교통 □ 택시 □ 차량 □ </w:t>
            </w:r>
            <w:proofErr w:type="gramStart"/>
            <w:r>
              <w:rPr>
                <w:b/>
                <w:sz w:val="20"/>
                <w:lang w:eastAsia="ko-KR"/>
              </w:rPr>
              <w:t>기타</w:t>
            </w:r>
            <w:r w:rsidR="00F5738A">
              <w:rPr>
                <w:rFonts w:hint="eastAsia"/>
                <w:b/>
                <w:sz w:val="20"/>
                <w:lang w:eastAsia="ko-KR"/>
              </w:rPr>
              <w:t xml:space="preserve"> </w:t>
            </w:r>
            <w:r w:rsidR="00F5738A">
              <w:rPr>
                <w:b/>
                <w:sz w:val="20"/>
                <w:lang w:eastAsia="ko-KR"/>
              </w:rPr>
              <w:t>:</w:t>
            </w:r>
            <w:proofErr w:type="gramEnd"/>
            <w:r w:rsidR="00F5738A">
              <w:rPr>
                <w:b/>
                <w:sz w:val="20"/>
                <w:lang w:eastAsia="ko-KR"/>
              </w:rPr>
              <w:t xml:space="preserve"> </w:t>
            </w:r>
            <w:proofErr w:type="spellStart"/>
            <w:r w:rsidR="00F5738A">
              <w:rPr>
                <w:rFonts w:hint="eastAsia"/>
                <w:b/>
                <w:sz w:val="20"/>
                <w:lang w:eastAsia="ko-KR"/>
              </w:rPr>
              <w:t>지도사</w:t>
            </w:r>
            <w:proofErr w:type="spellEnd"/>
            <w:r w:rsidR="00F5738A">
              <w:rPr>
                <w:rFonts w:hint="eastAsia"/>
                <w:b/>
                <w:sz w:val="20"/>
                <w:lang w:eastAsia="ko-KR"/>
              </w:rPr>
              <w:t xml:space="preserve"> 차량 </w:t>
            </w:r>
          </w:p>
        </w:tc>
      </w:tr>
    </w:tbl>
    <w:p w14:paraId="7C644532" w14:textId="77777777" w:rsidR="00F06CCE" w:rsidRDefault="008B4C8C">
      <w:pPr>
        <w:spacing w:before="30" w:after="10"/>
      </w:pPr>
      <w:r>
        <w:rPr>
          <w:b/>
          <w:sz w:val="24"/>
        </w:rPr>
        <w:t xml:space="preserve">1. </w:t>
      </w:r>
      <w:proofErr w:type="spellStart"/>
      <w:r>
        <w:rPr>
          <w:b/>
          <w:sz w:val="24"/>
        </w:rPr>
        <w:t>병원동행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활동내용</w:t>
      </w:r>
      <w:proofErr w:type="spellEnd"/>
    </w:p>
    <w:tbl>
      <w:tblPr>
        <w:tblStyle w:val="af9"/>
        <w:tblW w:w="11055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9642"/>
      </w:tblGrid>
      <w:tr w:rsidR="00F06CCE" w14:paraId="57E27491" w14:textId="77777777" w:rsidTr="000067C0">
        <w:trPr>
          <w:trHeight w:val="454"/>
          <w:jc w:val="center"/>
        </w:trPr>
        <w:tc>
          <w:tcPr>
            <w:tcW w:w="1413" w:type="dxa"/>
            <w:shd w:val="clear" w:color="auto" w:fill="D9EAF7"/>
            <w:vAlign w:val="center"/>
          </w:tcPr>
          <w:p w14:paraId="2DBF8AA6" w14:textId="77777777" w:rsidR="00F06CCE" w:rsidRDefault="008B4C8C">
            <w:pPr>
              <w:jc w:val="center"/>
            </w:pPr>
            <w:proofErr w:type="spellStart"/>
            <w:r>
              <w:rPr>
                <w:b/>
                <w:sz w:val="20"/>
              </w:rPr>
              <w:t>주요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활동</w:t>
            </w:r>
            <w:proofErr w:type="spellEnd"/>
          </w:p>
        </w:tc>
        <w:tc>
          <w:tcPr>
            <w:tcW w:w="9642" w:type="dxa"/>
            <w:vAlign w:val="center"/>
          </w:tcPr>
          <w:p w14:paraId="2836C2F8" w14:textId="77777777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>□ 병원이동 □ 접수 □ 진료동행 □ 검사동행 □ 수납 □ 약국 □ 귀가동행</w:t>
            </w:r>
          </w:p>
        </w:tc>
      </w:tr>
      <w:tr w:rsidR="00F06CCE" w14:paraId="63B63FEC" w14:textId="77777777" w:rsidTr="000067C0">
        <w:trPr>
          <w:trHeight w:val="551"/>
          <w:jc w:val="center"/>
        </w:trPr>
        <w:tc>
          <w:tcPr>
            <w:tcW w:w="1413" w:type="dxa"/>
            <w:shd w:val="clear" w:color="auto" w:fill="D9EAF7"/>
            <w:vAlign w:val="center"/>
          </w:tcPr>
          <w:p w14:paraId="259EBBAA" w14:textId="77777777" w:rsidR="00F06CCE" w:rsidRDefault="008B4C8C">
            <w:pPr>
              <w:jc w:val="center"/>
            </w:pPr>
            <w:proofErr w:type="spellStart"/>
            <w:r>
              <w:rPr>
                <w:b/>
                <w:sz w:val="20"/>
              </w:rPr>
              <w:t>활동내용</w:t>
            </w:r>
            <w:proofErr w:type="spellEnd"/>
          </w:p>
        </w:tc>
        <w:tc>
          <w:tcPr>
            <w:tcW w:w="9642" w:type="dxa"/>
            <w:vAlign w:val="center"/>
          </w:tcPr>
          <w:p w14:paraId="55922C31" w14:textId="623D0F73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 xml:space="preserve">　　　　　　　　　　　　　　　　　　　　　　　　　　　　　　　　　</w:t>
            </w:r>
            <w:r>
              <w:rPr>
                <w:b/>
                <w:sz w:val="20"/>
                <w:lang w:eastAsia="ko-KR"/>
              </w:rPr>
              <w:br/>
              <w:t xml:space="preserve">　　</w:t>
            </w:r>
            <w:r w:rsidR="00940109">
              <w:rPr>
                <w:b/>
                <w:sz w:val="20"/>
                <w:lang w:eastAsia="ko-KR"/>
              </w:rPr>
              <w:t xml:space="preserve"> </w:t>
            </w:r>
            <w:r>
              <w:rPr>
                <w:b/>
                <w:sz w:val="20"/>
                <w:lang w:eastAsia="ko-KR"/>
              </w:rPr>
              <w:br/>
              <w:t xml:space="preserve">　　　　　　　　　　　　　　　　　　　　　　　　　　　　　　　　　</w:t>
            </w:r>
          </w:p>
        </w:tc>
      </w:tr>
      <w:tr w:rsidR="000067C0" w14:paraId="473F5037" w14:textId="77777777" w:rsidTr="000067C0">
        <w:trPr>
          <w:trHeight w:val="481"/>
          <w:jc w:val="center"/>
        </w:trPr>
        <w:tc>
          <w:tcPr>
            <w:tcW w:w="1413" w:type="dxa"/>
            <w:shd w:val="clear" w:color="auto" w:fill="D9EAF7"/>
            <w:vAlign w:val="center"/>
          </w:tcPr>
          <w:p w14:paraId="3151DDF0" w14:textId="338ABE75" w:rsidR="000067C0" w:rsidRDefault="000067C0">
            <w:pPr>
              <w:jc w:val="center"/>
              <w:rPr>
                <w:b/>
                <w:sz w:val="20"/>
              </w:rPr>
            </w:pPr>
            <w:r>
              <w:rPr>
                <w:rFonts w:hint="eastAsia"/>
                <w:b/>
                <w:sz w:val="20"/>
                <w:lang w:eastAsia="ko-KR"/>
              </w:rPr>
              <w:t>예악날짜</w:t>
            </w:r>
          </w:p>
        </w:tc>
        <w:tc>
          <w:tcPr>
            <w:tcW w:w="9642" w:type="dxa"/>
            <w:vAlign w:val="center"/>
          </w:tcPr>
          <w:p w14:paraId="2CBC1A07" w14:textId="77777777" w:rsidR="000067C0" w:rsidRDefault="000067C0">
            <w:pPr>
              <w:rPr>
                <w:b/>
                <w:sz w:val="20"/>
                <w:lang w:eastAsia="ko-KR"/>
              </w:rPr>
            </w:pPr>
          </w:p>
        </w:tc>
      </w:tr>
    </w:tbl>
    <w:p w14:paraId="61BF1EB1" w14:textId="77777777" w:rsidR="00F06CCE" w:rsidRDefault="008B4C8C">
      <w:pPr>
        <w:spacing w:before="30" w:after="10"/>
      </w:pPr>
      <w:r>
        <w:rPr>
          <w:b/>
          <w:sz w:val="24"/>
        </w:rPr>
        <w:t xml:space="preserve">2. </w:t>
      </w:r>
      <w:proofErr w:type="spellStart"/>
      <w:r>
        <w:rPr>
          <w:b/>
          <w:sz w:val="24"/>
        </w:rPr>
        <w:t>정서지원</w:t>
      </w:r>
      <w:proofErr w:type="spellEnd"/>
      <w:r>
        <w:rPr>
          <w:b/>
          <w:sz w:val="24"/>
        </w:rPr>
        <w:t xml:space="preserve"> 및 </w:t>
      </w:r>
      <w:proofErr w:type="spellStart"/>
      <w:r>
        <w:rPr>
          <w:b/>
          <w:sz w:val="24"/>
        </w:rPr>
        <w:t>상담내용</w:t>
      </w:r>
      <w:proofErr w:type="spellEnd"/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9298"/>
      </w:tblGrid>
      <w:tr w:rsidR="00F06CCE" w14:paraId="0C39D3A0" w14:textId="77777777">
        <w:trPr>
          <w:trHeight w:val="454"/>
          <w:jc w:val="center"/>
        </w:trPr>
        <w:tc>
          <w:tcPr>
            <w:tcW w:w="1757" w:type="dxa"/>
            <w:shd w:val="clear" w:color="auto" w:fill="D9EAF7"/>
            <w:vAlign w:val="center"/>
          </w:tcPr>
          <w:p w14:paraId="7C0963F5" w14:textId="77777777" w:rsidR="00F06CCE" w:rsidRDefault="008B4C8C">
            <w:pPr>
              <w:jc w:val="center"/>
            </w:pPr>
            <w:r>
              <w:rPr>
                <w:b/>
                <w:sz w:val="20"/>
              </w:rPr>
              <w:t>심리상태</w:t>
            </w:r>
          </w:p>
        </w:tc>
        <w:tc>
          <w:tcPr>
            <w:tcW w:w="9298" w:type="dxa"/>
            <w:vAlign w:val="center"/>
          </w:tcPr>
          <w:p w14:paraId="0F4CB148" w14:textId="77777777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 xml:space="preserve">□ 안정 □ 불안 □ </w:t>
            </w:r>
            <w:proofErr w:type="spellStart"/>
            <w:r>
              <w:rPr>
                <w:b/>
                <w:sz w:val="20"/>
                <w:lang w:eastAsia="ko-KR"/>
              </w:rPr>
              <w:t>우울감</w:t>
            </w:r>
            <w:proofErr w:type="spellEnd"/>
            <w:r>
              <w:rPr>
                <w:b/>
                <w:sz w:val="20"/>
                <w:lang w:eastAsia="ko-KR"/>
              </w:rPr>
              <w:t xml:space="preserve"> □ 긴장 □ </w:t>
            </w:r>
            <w:proofErr w:type="gramStart"/>
            <w:r>
              <w:rPr>
                <w:b/>
                <w:sz w:val="20"/>
                <w:lang w:eastAsia="ko-KR"/>
              </w:rPr>
              <w:t xml:space="preserve">기타(　　</w:t>
            </w:r>
            <w:proofErr w:type="gramEnd"/>
            <w:r>
              <w:rPr>
                <w:b/>
                <w:sz w:val="20"/>
                <w:lang w:eastAsia="ko-KR"/>
              </w:rPr>
              <w:t xml:space="preserve">　　　　　)</w:t>
            </w:r>
          </w:p>
        </w:tc>
      </w:tr>
      <w:tr w:rsidR="00F06CCE" w14:paraId="60E85918" w14:textId="77777777">
        <w:trPr>
          <w:trHeight w:val="992"/>
          <w:jc w:val="center"/>
        </w:trPr>
        <w:tc>
          <w:tcPr>
            <w:tcW w:w="1757" w:type="dxa"/>
            <w:shd w:val="clear" w:color="auto" w:fill="D9EAF7"/>
            <w:vAlign w:val="center"/>
          </w:tcPr>
          <w:p w14:paraId="21786B02" w14:textId="77777777" w:rsidR="00F06CCE" w:rsidRDefault="008B4C8C">
            <w:pPr>
              <w:jc w:val="center"/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>주요 대화 및</w:t>
            </w:r>
            <w:r>
              <w:rPr>
                <w:b/>
                <w:sz w:val="20"/>
                <w:lang w:eastAsia="ko-KR"/>
              </w:rPr>
              <w:br/>
              <w:t>정서지원 내용</w:t>
            </w:r>
          </w:p>
        </w:tc>
        <w:tc>
          <w:tcPr>
            <w:tcW w:w="9298" w:type="dxa"/>
            <w:vAlign w:val="center"/>
          </w:tcPr>
          <w:p w14:paraId="23ADE2F3" w14:textId="5B869BA6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 xml:space="preserve">　　　　　　　　　　　　　　　　　　　　　　　　　　　　　　　　　</w:t>
            </w:r>
            <w:r>
              <w:rPr>
                <w:b/>
                <w:sz w:val="20"/>
                <w:lang w:eastAsia="ko-KR"/>
              </w:rPr>
              <w:br/>
            </w:r>
            <w:r>
              <w:rPr>
                <w:b/>
                <w:sz w:val="20"/>
                <w:lang w:eastAsia="ko-KR"/>
              </w:rPr>
              <w:br/>
              <w:t xml:space="preserve">　　　　　　　　　　　　　　　　　　　　　　　　　　　　　　　　　</w:t>
            </w:r>
          </w:p>
        </w:tc>
      </w:tr>
    </w:tbl>
    <w:p w14:paraId="4CAEDF3C" w14:textId="77777777" w:rsidR="00F06CCE" w:rsidRDefault="008B4C8C">
      <w:pPr>
        <w:spacing w:before="30" w:after="10"/>
        <w:rPr>
          <w:lang w:eastAsia="ko-KR"/>
        </w:rPr>
      </w:pPr>
      <w:r>
        <w:rPr>
          <w:b/>
          <w:sz w:val="24"/>
          <w:lang w:eastAsia="ko-KR"/>
        </w:rPr>
        <w:t>3. 특이사항 및 보호자 전달내용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31"/>
        <w:gridCol w:w="9524"/>
      </w:tblGrid>
      <w:tr w:rsidR="00F06CCE" w14:paraId="228ED98B" w14:textId="77777777">
        <w:trPr>
          <w:trHeight w:val="442"/>
          <w:jc w:val="center"/>
        </w:trPr>
        <w:tc>
          <w:tcPr>
            <w:tcW w:w="1531" w:type="dxa"/>
            <w:shd w:val="clear" w:color="auto" w:fill="D9EAF7"/>
            <w:vAlign w:val="center"/>
          </w:tcPr>
          <w:p w14:paraId="6BB6E1C0" w14:textId="77777777" w:rsidR="00F06CCE" w:rsidRDefault="008B4C8C">
            <w:pPr>
              <w:jc w:val="center"/>
            </w:pPr>
            <w:proofErr w:type="spellStart"/>
            <w:r>
              <w:rPr>
                <w:b/>
                <w:sz w:val="20"/>
              </w:rPr>
              <w:t>특이사항</w:t>
            </w:r>
            <w:proofErr w:type="spellEnd"/>
          </w:p>
        </w:tc>
        <w:tc>
          <w:tcPr>
            <w:tcW w:w="9524" w:type="dxa"/>
            <w:vAlign w:val="center"/>
          </w:tcPr>
          <w:p w14:paraId="61FF8499" w14:textId="6DA4BEBA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 xml:space="preserve">□ 없음 □ 있음   내용:　　　</w:t>
            </w:r>
            <w:r w:rsidR="00D93C98">
              <w:rPr>
                <w:b/>
                <w:sz w:val="20"/>
                <w:lang w:eastAsia="ko-KR"/>
              </w:rPr>
              <w:t xml:space="preserve"> </w:t>
            </w:r>
            <w:r>
              <w:rPr>
                <w:b/>
                <w:sz w:val="20"/>
                <w:lang w:eastAsia="ko-KR"/>
              </w:rPr>
              <w:t xml:space="preserve">　　　　　　　　　　　　　　　　　　　　　</w:t>
            </w:r>
          </w:p>
        </w:tc>
      </w:tr>
      <w:tr w:rsidR="00F06CCE" w14:paraId="3D3D3639" w14:textId="77777777">
        <w:trPr>
          <w:trHeight w:val="442"/>
          <w:jc w:val="center"/>
        </w:trPr>
        <w:tc>
          <w:tcPr>
            <w:tcW w:w="1531" w:type="dxa"/>
            <w:shd w:val="clear" w:color="auto" w:fill="D9EAF7"/>
            <w:vAlign w:val="center"/>
          </w:tcPr>
          <w:p w14:paraId="5D3C7BEA" w14:textId="77777777" w:rsidR="00F06CCE" w:rsidRDefault="008B4C8C">
            <w:pPr>
              <w:jc w:val="center"/>
            </w:pPr>
            <w:proofErr w:type="spellStart"/>
            <w:r>
              <w:rPr>
                <w:b/>
                <w:sz w:val="20"/>
              </w:rPr>
              <w:t>보호자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전달</w:t>
            </w:r>
            <w:proofErr w:type="spellEnd"/>
          </w:p>
        </w:tc>
        <w:tc>
          <w:tcPr>
            <w:tcW w:w="9524" w:type="dxa"/>
            <w:vAlign w:val="center"/>
          </w:tcPr>
          <w:p w14:paraId="746AB8B7" w14:textId="2B73490E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>□ 해당 없음 □ 전달 완료 □ 추가 확인 필요   내용:</w:t>
            </w:r>
            <w:r w:rsidR="00F5738A">
              <w:rPr>
                <w:b/>
                <w:sz w:val="20"/>
                <w:lang w:eastAsia="ko-KR"/>
              </w:rPr>
              <w:t xml:space="preserve"> </w:t>
            </w:r>
            <w:r>
              <w:rPr>
                <w:b/>
                <w:sz w:val="20"/>
                <w:lang w:eastAsia="ko-KR"/>
              </w:rPr>
              <w:t xml:space="preserve">　　　　　　　　　　　　　</w:t>
            </w:r>
          </w:p>
        </w:tc>
      </w:tr>
      <w:tr w:rsidR="00F06CCE" w14:paraId="1649A7D1" w14:textId="77777777">
        <w:trPr>
          <w:trHeight w:val="442"/>
          <w:jc w:val="center"/>
        </w:trPr>
        <w:tc>
          <w:tcPr>
            <w:tcW w:w="1531" w:type="dxa"/>
            <w:shd w:val="clear" w:color="auto" w:fill="D9EAF7"/>
            <w:vAlign w:val="center"/>
          </w:tcPr>
          <w:p w14:paraId="7055F85A" w14:textId="77777777" w:rsidR="00F06CCE" w:rsidRDefault="008B4C8C">
            <w:pPr>
              <w:jc w:val="center"/>
            </w:pPr>
            <w:proofErr w:type="spellStart"/>
            <w:r>
              <w:rPr>
                <w:b/>
                <w:sz w:val="20"/>
              </w:rPr>
              <w:t>추가지원</w:t>
            </w:r>
            <w:proofErr w:type="spellEnd"/>
          </w:p>
        </w:tc>
        <w:tc>
          <w:tcPr>
            <w:tcW w:w="9524" w:type="dxa"/>
            <w:vAlign w:val="center"/>
          </w:tcPr>
          <w:p w14:paraId="2D25981F" w14:textId="77777777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 xml:space="preserve">□ 없음 □ 상담 □ 의료기관 □ 복지기관 □ </w:t>
            </w:r>
            <w:proofErr w:type="gramStart"/>
            <w:r>
              <w:rPr>
                <w:b/>
                <w:sz w:val="20"/>
                <w:lang w:eastAsia="ko-KR"/>
              </w:rPr>
              <w:t xml:space="preserve">기타(　　</w:t>
            </w:r>
            <w:proofErr w:type="gramEnd"/>
            <w:r>
              <w:rPr>
                <w:b/>
                <w:sz w:val="20"/>
                <w:lang w:eastAsia="ko-KR"/>
              </w:rPr>
              <w:t xml:space="preserve">　　　　　)</w:t>
            </w:r>
          </w:p>
        </w:tc>
      </w:tr>
    </w:tbl>
    <w:p w14:paraId="22B7CC80" w14:textId="77777777" w:rsidR="00F06CCE" w:rsidRDefault="008B4C8C">
      <w:pPr>
        <w:spacing w:before="30" w:after="10"/>
      </w:pPr>
      <w:r>
        <w:rPr>
          <w:b/>
          <w:sz w:val="24"/>
        </w:rPr>
        <w:t xml:space="preserve">4. </w:t>
      </w:r>
      <w:proofErr w:type="spellStart"/>
      <w:r>
        <w:rPr>
          <w:b/>
          <w:sz w:val="24"/>
        </w:rPr>
        <w:t>귀가</w:t>
      </w:r>
      <w:proofErr w:type="spellEnd"/>
      <w:r>
        <w:rPr>
          <w:b/>
          <w:sz w:val="24"/>
        </w:rPr>
        <w:t xml:space="preserve"> 및 </w:t>
      </w:r>
      <w:proofErr w:type="spellStart"/>
      <w:r>
        <w:rPr>
          <w:b/>
          <w:sz w:val="24"/>
        </w:rPr>
        <w:t>활동결과</w:t>
      </w:r>
      <w:proofErr w:type="spellEnd"/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31"/>
        <w:gridCol w:w="9524"/>
      </w:tblGrid>
      <w:tr w:rsidR="00F06CCE" w14:paraId="1342A1A7" w14:textId="77777777">
        <w:trPr>
          <w:trHeight w:val="454"/>
          <w:jc w:val="center"/>
        </w:trPr>
        <w:tc>
          <w:tcPr>
            <w:tcW w:w="1531" w:type="dxa"/>
            <w:shd w:val="clear" w:color="auto" w:fill="D9EAF7"/>
            <w:vAlign w:val="center"/>
          </w:tcPr>
          <w:p w14:paraId="002D2099" w14:textId="77777777" w:rsidR="00F06CCE" w:rsidRDefault="008B4C8C">
            <w:pPr>
              <w:jc w:val="center"/>
            </w:pPr>
            <w:r>
              <w:rPr>
                <w:b/>
                <w:sz w:val="20"/>
              </w:rPr>
              <w:t>귀가 확인</w:t>
            </w:r>
          </w:p>
        </w:tc>
        <w:tc>
          <w:tcPr>
            <w:tcW w:w="9524" w:type="dxa"/>
            <w:vAlign w:val="center"/>
          </w:tcPr>
          <w:p w14:paraId="5E4835BE" w14:textId="77777777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 xml:space="preserve">□ 안전 귀가 완료 □ 보호자 인계 □ </w:t>
            </w:r>
            <w:proofErr w:type="gramStart"/>
            <w:r>
              <w:rPr>
                <w:b/>
                <w:sz w:val="20"/>
                <w:lang w:eastAsia="ko-KR"/>
              </w:rPr>
              <w:t xml:space="preserve">기타(　　</w:t>
            </w:r>
            <w:proofErr w:type="gramEnd"/>
            <w:r>
              <w:rPr>
                <w:b/>
                <w:sz w:val="20"/>
                <w:lang w:eastAsia="ko-KR"/>
              </w:rPr>
              <w:t xml:space="preserve">　　　　　)</w:t>
            </w:r>
          </w:p>
        </w:tc>
      </w:tr>
      <w:tr w:rsidR="00F06CCE" w14:paraId="08CED750" w14:textId="77777777">
        <w:trPr>
          <w:trHeight w:val="454"/>
          <w:jc w:val="center"/>
        </w:trPr>
        <w:tc>
          <w:tcPr>
            <w:tcW w:w="1531" w:type="dxa"/>
            <w:shd w:val="clear" w:color="auto" w:fill="D9EAF7"/>
            <w:vAlign w:val="center"/>
          </w:tcPr>
          <w:p w14:paraId="7E404D8B" w14:textId="77777777" w:rsidR="00F06CCE" w:rsidRDefault="008B4C8C">
            <w:pPr>
              <w:jc w:val="center"/>
            </w:pPr>
            <w:proofErr w:type="spellStart"/>
            <w:r>
              <w:rPr>
                <w:b/>
                <w:sz w:val="20"/>
              </w:rPr>
              <w:t>활동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결과</w:t>
            </w:r>
            <w:proofErr w:type="spellEnd"/>
          </w:p>
        </w:tc>
        <w:tc>
          <w:tcPr>
            <w:tcW w:w="9524" w:type="dxa"/>
            <w:vAlign w:val="center"/>
          </w:tcPr>
          <w:p w14:paraId="03EBD173" w14:textId="77777777" w:rsidR="00F06CCE" w:rsidRDefault="008B4C8C">
            <w:pPr>
              <w:rPr>
                <w:lang w:eastAsia="ko-KR"/>
              </w:rPr>
            </w:pPr>
            <w:r>
              <w:rPr>
                <w:b/>
                <w:sz w:val="20"/>
                <w:lang w:eastAsia="ko-KR"/>
              </w:rPr>
              <w:t>□ 정상 완료 □ 후속 확인 필요 □ 긴급조치 실시</w:t>
            </w:r>
          </w:p>
        </w:tc>
      </w:tr>
    </w:tbl>
    <w:p w14:paraId="0226C3D3" w14:textId="163014DA" w:rsidR="00F06CCE" w:rsidRDefault="008B4C8C">
      <w:pPr>
        <w:spacing w:before="30" w:after="10"/>
      </w:pPr>
      <w:r>
        <w:rPr>
          <w:b/>
          <w:sz w:val="24"/>
        </w:rPr>
        <w:t xml:space="preserve">5. </w:t>
      </w:r>
      <w:proofErr w:type="spellStart"/>
      <w:r>
        <w:rPr>
          <w:b/>
          <w:sz w:val="24"/>
        </w:rPr>
        <w:t>증빙사진</w:t>
      </w:r>
      <w:proofErr w:type="spellEnd"/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5098"/>
        <w:gridCol w:w="5948"/>
      </w:tblGrid>
      <w:tr w:rsidR="00D93C98" w14:paraId="7CE0D1A6" w14:textId="77777777" w:rsidTr="00D93C98">
        <w:trPr>
          <w:trHeight w:hRule="exact" w:val="2466"/>
          <w:jc w:val="center"/>
        </w:trPr>
        <w:tc>
          <w:tcPr>
            <w:tcW w:w="5098" w:type="dxa"/>
            <w:vAlign w:val="center"/>
          </w:tcPr>
          <w:p w14:paraId="24332C21" w14:textId="050F9755" w:rsidR="00D93C98" w:rsidRDefault="00D93C98">
            <w:pPr>
              <w:jc w:val="center"/>
            </w:pPr>
          </w:p>
        </w:tc>
        <w:tc>
          <w:tcPr>
            <w:tcW w:w="5948" w:type="dxa"/>
            <w:vAlign w:val="center"/>
          </w:tcPr>
          <w:p w14:paraId="16FCD76B" w14:textId="43FC2715" w:rsidR="00D93C98" w:rsidRDefault="00D93C98">
            <w:pPr>
              <w:jc w:val="center"/>
              <w:rPr>
                <w:lang w:eastAsia="ko-KR"/>
              </w:rPr>
            </w:pPr>
          </w:p>
        </w:tc>
      </w:tr>
    </w:tbl>
    <w:p w14:paraId="176371EB" w14:textId="77777777" w:rsidR="00F06CCE" w:rsidRDefault="008B4C8C">
      <w:pPr>
        <w:spacing w:before="14" w:after="10"/>
        <w:rPr>
          <w:lang w:eastAsia="ko-KR"/>
        </w:rPr>
      </w:pPr>
      <w:r>
        <w:rPr>
          <w:b/>
          <w:sz w:val="17"/>
          <w:lang w:eastAsia="ko-KR"/>
        </w:rPr>
        <w:t>※ 증빙사진 촬영 시 대상자의 개인정보 및 의료정보가 불필요하게 노출되지 않도록 유의합니다.</w:t>
      </w:r>
    </w:p>
    <w:p w14:paraId="5D1602EF" w14:textId="77777777" w:rsidR="00F06CCE" w:rsidRDefault="008B4C8C">
      <w:pPr>
        <w:spacing w:before="10" w:after="0"/>
        <w:jc w:val="center"/>
        <w:rPr>
          <w:lang w:eastAsia="ko-KR"/>
        </w:rPr>
      </w:pPr>
      <w:r>
        <w:rPr>
          <w:b/>
          <w:lang w:eastAsia="ko-KR"/>
        </w:rPr>
        <w:t>위와 같이 병원동행서비스 활동 결과를 보고합니다.</w:t>
      </w:r>
    </w:p>
    <w:p w14:paraId="307B7E5D" w14:textId="77777777" w:rsidR="00F06CCE" w:rsidRDefault="008B4C8C">
      <w:pPr>
        <w:spacing w:after="0"/>
        <w:jc w:val="center"/>
        <w:rPr>
          <w:lang w:eastAsia="ko-KR"/>
        </w:rPr>
      </w:pPr>
      <w:proofErr w:type="gramStart"/>
      <w:r>
        <w:rPr>
          <w:b/>
          <w:sz w:val="20"/>
          <w:lang w:eastAsia="ko-KR"/>
        </w:rPr>
        <w:t>20　　년</w:t>
      </w:r>
      <w:proofErr w:type="gramEnd"/>
      <w:r>
        <w:rPr>
          <w:b/>
          <w:sz w:val="20"/>
          <w:lang w:eastAsia="ko-KR"/>
        </w:rPr>
        <w:t xml:space="preserve">　　월　　일    병원동행지도사: ______________ (서명)    센터 담당자: ______________ (확인)</w:t>
      </w:r>
    </w:p>
    <w:p w14:paraId="74629A2F" w14:textId="77777777" w:rsidR="00940109" w:rsidRDefault="00940109">
      <w:pPr>
        <w:spacing w:before="10" w:after="0"/>
        <w:jc w:val="center"/>
        <w:rPr>
          <w:b/>
          <w:sz w:val="18"/>
          <w:lang w:eastAsia="ko-KR"/>
        </w:rPr>
      </w:pPr>
    </w:p>
    <w:p w14:paraId="0CAB9313" w14:textId="24A6B932" w:rsidR="00F06CCE" w:rsidRDefault="004A1A2E" w:rsidP="004A1A2E">
      <w:pPr>
        <w:spacing w:before="10" w:after="0"/>
        <w:jc w:val="center"/>
        <w:rPr>
          <w:lang w:eastAsia="ko-KR"/>
        </w:rPr>
      </w:pPr>
      <w:r>
        <w:rPr>
          <w:b/>
          <w:sz w:val="18"/>
          <w:lang w:eastAsia="ko-KR"/>
        </w:rPr>
        <w:t>(</w:t>
      </w:r>
      <w:r>
        <w:rPr>
          <w:rFonts w:hint="eastAsia"/>
          <w:b/>
          <w:sz w:val="18"/>
          <w:lang w:eastAsia="ko-KR"/>
        </w:rPr>
        <w:t>사)</w:t>
      </w:r>
      <w:proofErr w:type="spellStart"/>
      <w:proofErr w:type="gramStart"/>
      <w:r w:rsidR="008B4C8C">
        <w:rPr>
          <w:b/>
          <w:sz w:val="18"/>
          <w:lang w:eastAsia="ko-KR"/>
        </w:rPr>
        <w:t>나사랑자살방지협회</w:t>
      </w:r>
      <w:proofErr w:type="spellEnd"/>
      <w:r w:rsidR="008B4C8C">
        <w:rPr>
          <w:b/>
          <w:sz w:val="18"/>
          <w:lang w:eastAsia="ko-KR"/>
        </w:rPr>
        <w:t xml:space="preserve"> </w:t>
      </w:r>
      <w:r w:rsidR="00940109">
        <w:rPr>
          <w:b/>
          <w:sz w:val="18"/>
          <w:lang w:eastAsia="ko-KR"/>
        </w:rPr>
        <w:t>/</w:t>
      </w:r>
      <w:proofErr w:type="gramEnd"/>
      <w:r w:rsidR="008B4C8C">
        <w:rPr>
          <w:b/>
          <w:sz w:val="18"/>
          <w:lang w:eastAsia="ko-KR"/>
        </w:rPr>
        <w:t xml:space="preserve"> </w:t>
      </w:r>
      <w:r w:rsidR="00940109">
        <w:rPr>
          <w:rFonts w:hint="eastAsia"/>
          <w:b/>
          <w:sz w:val="18"/>
          <w:lang w:eastAsia="ko-KR"/>
        </w:rPr>
        <w:t xml:space="preserve">문의 </w:t>
      </w:r>
      <w:r w:rsidR="00940109">
        <w:rPr>
          <w:b/>
          <w:sz w:val="18"/>
          <w:lang w:eastAsia="ko-KR"/>
        </w:rPr>
        <w:t xml:space="preserve">041-562-7942 / </w:t>
      </w:r>
      <w:r w:rsidR="00940109">
        <w:rPr>
          <w:rFonts w:hint="eastAsia"/>
          <w:b/>
          <w:sz w:val="18"/>
          <w:lang w:eastAsia="ko-KR"/>
        </w:rPr>
        <w:t xml:space="preserve">팩스 </w:t>
      </w:r>
      <w:r w:rsidR="00940109">
        <w:rPr>
          <w:b/>
          <w:sz w:val="18"/>
          <w:lang w:eastAsia="ko-KR"/>
        </w:rPr>
        <w:t xml:space="preserve">041-562-7944 / </w:t>
      </w:r>
      <w:r w:rsidR="00940109">
        <w:rPr>
          <w:rFonts w:hint="eastAsia"/>
          <w:b/>
          <w:sz w:val="18"/>
          <w:lang w:eastAsia="ko-KR"/>
        </w:rPr>
        <w:t>메일 j</w:t>
      </w:r>
      <w:r w:rsidR="00940109">
        <w:rPr>
          <w:b/>
          <w:sz w:val="18"/>
          <w:lang w:eastAsia="ko-KR"/>
        </w:rPr>
        <w:t>abang52@naver.com</w:t>
      </w:r>
    </w:p>
    <w:sectPr w:rsidR="00F06CCE" w:rsidSect="00034616">
      <w:pgSz w:w="11906" w:h="16838"/>
      <w:pgMar w:top="340" w:right="425" w:bottom="312" w:left="42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2BCA72" w14:textId="77777777" w:rsidR="009F20F7" w:rsidRDefault="009F20F7" w:rsidP="00881A8F">
      <w:pPr>
        <w:spacing w:after="0" w:line="240" w:lineRule="auto"/>
      </w:pPr>
      <w:r>
        <w:separator/>
      </w:r>
    </w:p>
  </w:endnote>
  <w:endnote w:type="continuationSeparator" w:id="0">
    <w:p w14:paraId="509AE04B" w14:textId="77777777" w:rsidR="009F20F7" w:rsidRDefault="009F20F7" w:rsidP="00881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F11DFA" w14:textId="77777777" w:rsidR="009F20F7" w:rsidRDefault="009F20F7" w:rsidP="00881A8F">
      <w:pPr>
        <w:spacing w:after="0" w:line="240" w:lineRule="auto"/>
      </w:pPr>
      <w:r>
        <w:separator/>
      </w:r>
    </w:p>
  </w:footnote>
  <w:footnote w:type="continuationSeparator" w:id="0">
    <w:p w14:paraId="5D0B3747" w14:textId="77777777" w:rsidR="009F20F7" w:rsidRDefault="009F20F7" w:rsidP="00881A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7C0"/>
    <w:rsid w:val="00034616"/>
    <w:rsid w:val="0006063C"/>
    <w:rsid w:val="0015074B"/>
    <w:rsid w:val="0029639D"/>
    <w:rsid w:val="002E1EE1"/>
    <w:rsid w:val="00326F90"/>
    <w:rsid w:val="00370067"/>
    <w:rsid w:val="004A1A2E"/>
    <w:rsid w:val="00520495"/>
    <w:rsid w:val="006519AA"/>
    <w:rsid w:val="007D4199"/>
    <w:rsid w:val="008661DC"/>
    <w:rsid w:val="00881A8F"/>
    <w:rsid w:val="008B4C8C"/>
    <w:rsid w:val="00940109"/>
    <w:rsid w:val="0096634A"/>
    <w:rsid w:val="009F20F7"/>
    <w:rsid w:val="009F71E1"/>
    <w:rsid w:val="00A03407"/>
    <w:rsid w:val="00AA1D8D"/>
    <w:rsid w:val="00B170AB"/>
    <w:rsid w:val="00B47730"/>
    <w:rsid w:val="00BA7682"/>
    <w:rsid w:val="00CB0664"/>
    <w:rsid w:val="00D74BEC"/>
    <w:rsid w:val="00D93C98"/>
    <w:rsid w:val="00E36C34"/>
    <w:rsid w:val="00F06CCE"/>
    <w:rsid w:val="00F5738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A9878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  <w:sz w:val="21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B8D5E06-F723-4A8D-A37F-2C87B4329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결과 보고서 서식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강 화식</cp:lastModifiedBy>
  <cp:revision>2</cp:revision>
  <cp:lastPrinted>2026-10-01T20:24:00Z</cp:lastPrinted>
  <dcterms:created xsi:type="dcterms:W3CDTF">2026-10-01T22:32:00Z</dcterms:created>
  <dcterms:modified xsi:type="dcterms:W3CDTF">2026-10-01T22:32:00Z</dcterms:modified>
  <cp:category/>
</cp:coreProperties>
</file>